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B0F90" w14:textId="6D13ABFB" w:rsidR="00306873" w:rsidRPr="00A516C8" w:rsidRDefault="00000000">
      <w:pPr>
        <w:keepNext/>
        <w:spacing w:before="120"/>
        <w:jc w:val="center"/>
        <w:rPr>
          <w:sz w:val="12"/>
          <w:szCs w:val="16"/>
          <w:lang w:val="pl-PL"/>
        </w:rPr>
      </w:pPr>
      <w:r w:rsidRPr="00A516C8">
        <w:rPr>
          <w:b/>
          <w:sz w:val="22"/>
          <w:szCs w:val="16"/>
          <w:lang w:val="pl-PL"/>
        </w:rPr>
        <w:t>HARMONOGRAM RZECZOWO</w:t>
      </w:r>
      <w:r w:rsidR="00A516C8">
        <w:rPr>
          <w:b/>
          <w:sz w:val="22"/>
          <w:szCs w:val="16"/>
          <w:lang w:val="pl-PL"/>
        </w:rPr>
        <w:t xml:space="preserve"> </w:t>
      </w:r>
      <w:r w:rsidRPr="00A516C8">
        <w:rPr>
          <w:b/>
          <w:sz w:val="22"/>
          <w:szCs w:val="16"/>
          <w:lang w:val="pl-PL"/>
        </w:rPr>
        <w:t>-</w:t>
      </w:r>
      <w:r w:rsidR="00A516C8">
        <w:rPr>
          <w:b/>
          <w:sz w:val="22"/>
          <w:szCs w:val="16"/>
          <w:lang w:val="pl-PL"/>
        </w:rPr>
        <w:t xml:space="preserve"> </w:t>
      </w:r>
      <w:r w:rsidRPr="00A516C8">
        <w:rPr>
          <w:b/>
          <w:sz w:val="22"/>
          <w:szCs w:val="16"/>
          <w:lang w:val="pl-PL"/>
        </w:rPr>
        <w:t>FINANSOWY INWESTYCJI KOŃCOWEJ</w:t>
      </w:r>
    </w:p>
    <w:p w14:paraId="4EE0B398" w14:textId="3BBD3742" w:rsidR="00306873" w:rsidRDefault="00000000">
      <w:pPr>
        <w:spacing w:after="160"/>
        <w:jc w:val="center"/>
        <w:rPr>
          <w:b/>
          <w:szCs w:val="18"/>
          <w:lang w:val="pl-PL"/>
        </w:rPr>
      </w:pPr>
      <w:r w:rsidRPr="00A516C8">
        <w:rPr>
          <w:b/>
          <w:szCs w:val="18"/>
          <w:lang w:val="pl-PL"/>
        </w:rPr>
        <w:t xml:space="preserve">Instrument Finansowy „Pożyczka na </w:t>
      </w:r>
      <w:r w:rsidR="00A516C8">
        <w:rPr>
          <w:b/>
          <w:szCs w:val="18"/>
          <w:lang w:val="pl-PL"/>
        </w:rPr>
        <w:t>cyfrową i zieloną transformację przedsiębiorstw</w:t>
      </w:r>
      <w:r w:rsidRPr="00A516C8">
        <w:rPr>
          <w:b/>
          <w:szCs w:val="18"/>
          <w:lang w:val="pl-PL"/>
        </w:rPr>
        <w:t>”</w:t>
      </w:r>
    </w:p>
    <w:p w14:paraId="454DD5C9" w14:textId="77777777" w:rsidR="0004292B" w:rsidRPr="00A516C8" w:rsidRDefault="0004292B">
      <w:pPr>
        <w:spacing w:after="160"/>
        <w:jc w:val="center"/>
        <w:rPr>
          <w:szCs w:val="18"/>
          <w:lang w:val="pl-PL"/>
        </w:rPr>
      </w:pPr>
    </w:p>
    <w:p w14:paraId="0AF89977" w14:textId="77777777" w:rsidR="00306873" w:rsidRPr="00A516C8" w:rsidRDefault="00000000">
      <w:pPr>
        <w:keepNext/>
        <w:spacing w:before="160" w:after="80"/>
        <w:rPr>
          <w:sz w:val="16"/>
          <w:szCs w:val="20"/>
          <w:lang w:val="pl-PL"/>
        </w:rPr>
      </w:pPr>
      <w:r w:rsidRPr="00A516C8">
        <w:rPr>
          <w:b/>
          <w:sz w:val="20"/>
          <w:szCs w:val="20"/>
          <w:lang w:val="pl-PL"/>
        </w:rPr>
        <w:t>1. Dane identyfikacyjne i wersja harmonogramu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07"/>
        <w:gridCol w:w="7616"/>
      </w:tblGrid>
      <w:tr w:rsidR="003B4F64" w:rsidRPr="003B4F64" w14:paraId="0A40FA32" w14:textId="77777777" w:rsidTr="003B4F64">
        <w:trPr>
          <w:jc w:val="center"/>
        </w:trPr>
        <w:tc>
          <w:tcPr>
            <w:tcW w:w="4507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241204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b/>
                <w:sz w:val="16"/>
                <w:lang w:val="pl-PL"/>
              </w:rPr>
              <w:t>Wnioskodawca / Pożyczkobiorca</w:t>
            </w:r>
          </w:p>
        </w:tc>
        <w:tc>
          <w:tcPr>
            <w:tcW w:w="7616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D40E9A" w14:textId="57B55172" w:rsidR="00306873" w:rsidRPr="003B4F64" w:rsidRDefault="00306873">
            <w:pPr>
              <w:spacing w:after="0"/>
              <w:rPr>
                <w:lang w:val="pl-PL"/>
              </w:rPr>
            </w:pPr>
          </w:p>
        </w:tc>
      </w:tr>
      <w:tr w:rsidR="003B4F64" w:rsidRPr="003B4F64" w14:paraId="38EA3CA6" w14:textId="77777777" w:rsidTr="003B4F64">
        <w:trPr>
          <w:jc w:val="center"/>
        </w:trPr>
        <w:tc>
          <w:tcPr>
            <w:tcW w:w="4507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CB183E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b/>
                <w:sz w:val="16"/>
                <w:lang w:val="pl-PL"/>
              </w:rPr>
              <w:t>NIP / REGON / KRS / PESEL (jeżeli dotyczy)</w:t>
            </w:r>
          </w:p>
        </w:tc>
        <w:tc>
          <w:tcPr>
            <w:tcW w:w="7616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6DF8AF" w14:textId="62026D1C" w:rsidR="00306873" w:rsidRPr="003B4F64" w:rsidRDefault="00306873">
            <w:pPr>
              <w:spacing w:after="0"/>
              <w:rPr>
                <w:lang w:val="pl-PL"/>
              </w:rPr>
            </w:pPr>
          </w:p>
        </w:tc>
      </w:tr>
      <w:tr w:rsidR="003B4F64" w:rsidRPr="003B4F64" w14:paraId="09DF5D33" w14:textId="77777777" w:rsidTr="003B4F64">
        <w:trPr>
          <w:jc w:val="center"/>
        </w:trPr>
        <w:tc>
          <w:tcPr>
            <w:tcW w:w="4507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257583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b/>
                <w:sz w:val="16"/>
                <w:lang w:val="pl-PL"/>
              </w:rPr>
              <w:t>Nazwa Inwestycji Końcowej</w:t>
            </w:r>
          </w:p>
        </w:tc>
        <w:tc>
          <w:tcPr>
            <w:tcW w:w="7616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19E7D2" w14:textId="1220BE31" w:rsidR="00306873" w:rsidRPr="003B4F64" w:rsidRDefault="00306873">
            <w:pPr>
              <w:spacing w:after="0"/>
              <w:rPr>
                <w:lang w:val="pl-PL"/>
              </w:rPr>
            </w:pPr>
          </w:p>
        </w:tc>
      </w:tr>
      <w:tr w:rsidR="003B4F64" w:rsidRPr="003B4F64" w14:paraId="2187557C" w14:textId="77777777" w:rsidTr="003B4F64">
        <w:trPr>
          <w:jc w:val="center"/>
        </w:trPr>
        <w:tc>
          <w:tcPr>
            <w:tcW w:w="4507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01DFC5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b/>
                <w:sz w:val="16"/>
                <w:lang w:val="pl-PL"/>
              </w:rPr>
              <w:t>Miejsce realizacji Inwestycji Końcowej</w:t>
            </w:r>
          </w:p>
        </w:tc>
        <w:tc>
          <w:tcPr>
            <w:tcW w:w="7616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F27BE1" w14:textId="13F14E7F" w:rsidR="00306873" w:rsidRPr="003B4F64" w:rsidRDefault="00306873">
            <w:pPr>
              <w:spacing w:after="0"/>
              <w:rPr>
                <w:lang w:val="pl-PL"/>
              </w:rPr>
            </w:pPr>
          </w:p>
        </w:tc>
      </w:tr>
      <w:tr w:rsidR="003B4F64" w:rsidRPr="003B4F64" w14:paraId="46F95AD8" w14:textId="77777777" w:rsidTr="003B4F64">
        <w:trPr>
          <w:jc w:val="center"/>
        </w:trPr>
        <w:tc>
          <w:tcPr>
            <w:tcW w:w="4507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41EC10" w14:textId="77777777" w:rsidR="00306873" w:rsidRDefault="00000000">
            <w:pPr>
              <w:spacing w:after="0"/>
              <w:rPr>
                <w:b/>
                <w:sz w:val="16"/>
                <w:lang w:val="pl-PL"/>
              </w:rPr>
            </w:pPr>
            <w:r w:rsidRPr="003B4F64">
              <w:rPr>
                <w:b/>
                <w:sz w:val="16"/>
                <w:lang w:val="pl-PL"/>
              </w:rPr>
              <w:t>Nr Wniosku / nr Umowy Pożyczki</w:t>
            </w:r>
          </w:p>
          <w:p w14:paraId="5FE73B81" w14:textId="0B7D9713" w:rsidR="003B4F64" w:rsidRPr="003B4F64" w:rsidRDefault="003B4F64">
            <w:pPr>
              <w:spacing w:after="0"/>
              <w:rPr>
                <w:bCs/>
                <w:i/>
                <w:iCs/>
                <w:lang w:val="pl-PL"/>
              </w:rPr>
            </w:pPr>
            <w:r w:rsidRPr="003B4F64">
              <w:rPr>
                <w:bCs/>
                <w:i/>
                <w:iCs/>
                <w:sz w:val="16"/>
                <w:lang w:val="pl-PL"/>
              </w:rPr>
              <w:t>(nr Wniosku wypełnia BARR S.A.)</w:t>
            </w:r>
          </w:p>
        </w:tc>
        <w:tc>
          <w:tcPr>
            <w:tcW w:w="7616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shd w:val="clear" w:color="auto" w:fill="BFBFBF" w:themeFill="background1" w:themeFillShade="B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E2AC50" w14:textId="2B5D10CA" w:rsidR="00306873" w:rsidRPr="003B4F64" w:rsidRDefault="00306873">
            <w:pPr>
              <w:spacing w:after="0"/>
              <w:rPr>
                <w:lang w:val="pl-PL"/>
              </w:rPr>
            </w:pPr>
          </w:p>
        </w:tc>
      </w:tr>
    </w:tbl>
    <w:p w14:paraId="671EEBE1" w14:textId="77777777" w:rsidR="00306873" w:rsidRPr="003B4F64" w:rsidRDefault="00000000">
      <w:pPr>
        <w:spacing w:before="80" w:after="20"/>
        <w:rPr>
          <w:lang w:val="pl-PL"/>
        </w:rPr>
      </w:pPr>
      <w:r w:rsidRPr="003B4F64">
        <w:rPr>
          <w:b/>
          <w:sz w:val="17"/>
          <w:lang w:val="pl-PL"/>
        </w:rPr>
        <w:t xml:space="preserve">Rodzaj wersji: </w:t>
      </w:r>
      <w:r w:rsidRPr="003B4F64">
        <w:rPr>
          <w:sz w:val="17"/>
          <w:lang w:val="pl-PL"/>
        </w:rPr>
        <w:t>☐ składana wraz z Wnioskiem     ☐ obowiązująca na dzień zawarcia Umowy Pożyczki     ☐ aktualizacja nr ........</w:t>
      </w:r>
    </w:p>
    <w:p w14:paraId="24B6F063" w14:textId="77777777" w:rsidR="003B4F64" w:rsidRDefault="003B4F64">
      <w:pPr>
        <w:rPr>
          <w:sz w:val="17"/>
          <w:lang w:val="pl-PL"/>
        </w:rPr>
      </w:pPr>
    </w:p>
    <w:p w14:paraId="284C07A8" w14:textId="6C19614E" w:rsidR="00306873" w:rsidRDefault="00000000">
      <w:pPr>
        <w:rPr>
          <w:sz w:val="17"/>
          <w:lang w:val="pl-PL"/>
        </w:rPr>
      </w:pPr>
      <w:r w:rsidRPr="003B4F64">
        <w:rPr>
          <w:sz w:val="17"/>
          <w:lang w:val="pl-PL"/>
        </w:rPr>
        <w:t>Data sporządzenia / aktualizacji: .................................................</w:t>
      </w:r>
    </w:p>
    <w:p w14:paraId="48A64307" w14:textId="77777777" w:rsidR="0004292B" w:rsidRPr="003B4F64" w:rsidRDefault="0004292B">
      <w:pPr>
        <w:rPr>
          <w:lang w:val="pl-PL"/>
        </w:rPr>
      </w:pPr>
    </w:p>
    <w:p w14:paraId="07CE879C" w14:textId="77777777" w:rsidR="00306873" w:rsidRPr="007B545D" w:rsidRDefault="00000000">
      <w:pPr>
        <w:keepNext/>
        <w:spacing w:before="160" w:after="80"/>
        <w:rPr>
          <w:sz w:val="16"/>
          <w:szCs w:val="20"/>
          <w:lang w:val="pl-PL"/>
        </w:rPr>
      </w:pPr>
      <w:r w:rsidRPr="007B545D">
        <w:rPr>
          <w:b/>
          <w:sz w:val="20"/>
          <w:szCs w:val="20"/>
          <w:lang w:val="pl-PL"/>
        </w:rPr>
        <w:t>2. Kluczowe daty realizacji i rozliczenia</w:t>
      </w:r>
    </w:p>
    <w:tbl>
      <w:tblPr>
        <w:tblW w:w="0" w:type="auto"/>
        <w:tblInd w:w="232" w:type="dxa"/>
        <w:tblLayout w:type="fixed"/>
        <w:tblLook w:val="04A0" w:firstRow="1" w:lastRow="0" w:firstColumn="1" w:lastColumn="0" w:noHBand="0" w:noVBand="1"/>
      </w:tblPr>
      <w:tblGrid>
        <w:gridCol w:w="7229"/>
        <w:gridCol w:w="3261"/>
        <w:gridCol w:w="3402"/>
      </w:tblGrid>
      <w:tr w:rsidR="003B4F64" w:rsidRPr="003B4F64" w14:paraId="23F6DD35" w14:textId="77777777" w:rsidTr="0004292B">
        <w:tc>
          <w:tcPr>
            <w:tcW w:w="7229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351B67" w14:textId="77777777" w:rsidR="00306873" w:rsidRPr="007B545D" w:rsidRDefault="00000000">
            <w:pPr>
              <w:spacing w:after="0"/>
              <w:jc w:val="center"/>
              <w:rPr>
                <w:color w:val="FFFFFF" w:themeColor="background1"/>
                <w:lang w:val="pl-PL"/>
              </w:rPr>
            </w:pPr>
            <w:r w:rsidRPr="007B545D">
              <w:rPr>
                <w:b/>
                <w:color w:val="FFFFFF" w:themeColor="background1"/>
                <w:sz w:val="16"/>
                <w:lang w:val="pl-PL"/>
              </w:rPr>
              <w:t>Zdarzenie / termin</w:t>
            </w:r>
          </w:p>
        </w:tc>
        <w:tc>
          <w:tcPr>
            <w:tcW w:w="3261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690CF2" w14:textId="77777777" w:rsidR="00306873" w:rsidRPr="007B545D" w:rsidRDefault="00000000">
            <w:pPr>
              <w:spacing w:after="0"/>
              <w:jc w:val="center"/>
              <w:rPr>
                <w:color w:val="FFFFFF" w:themeColor="background1"/>
                <w:lang w:val="pl-PL"/>
              </w:rPr>
            </w:pPr>
            <w:r w:rsidRPr="007B545D">
              <w:rPr>
                <w:b/>
                <w:color w:val="FFFFFF" w:themeColor="background1"/>
                <w:sz w:val="16"/>
                <w:lang w:val="pl-PL"/>
              </w:rPr>
              <w:t>Data planowana</w:t>
            </w:r>
          </w:p>
        </w:tc>
        <w:tc>
          <w:tcPr>
            <w:tcW w:w="3402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22612D" w14:textId="77777777" w:rsidR="00306873" w:rsidRPr="007B545D" w:rsidRDefault="00000000">
            <w:pPr>
              <w:spacing w:after="0"/>
              <w:jc w:val="center"/>
              <w:rPr>
                <w:color w:val="FFFFFF" w:themeColor="background1"/>
                <w:lang w:val="pl-PL"/>
              </w:rPr>
            </w:pPr>
            <w:r w:rsidRPr="007B545D">
              <w:rPr>
                <w:b/>
                <w:color w:val="FFFFFF" w:themeColor="background1"/>
                <w:sz w:val="16"/>
                <w:lang w:val="pl-PL"/>
              </w:rPr>
              <w:t>Data rzeczywista / zatwierdzona</w:t>
            </w:r>
          </w:p>
        </w:tc>
      </w:tr>
      <w:tr w:rsidR="003B4F64" w:rsidRPr="003B4F64" w14:paraId="4FD8AF5E" w14:textId="77777777" w:rsidTr="0004292B">
        <w:trPr>
          <w:trHeight w:val="184"/>
        </w:trPr>
        <w:tc>
          <w:tcPr>
            <w:tcW w:w="7229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90F645" w14:textId="77777777" w:rsidR="00306873" w:rsidRPr="002A47B9" w:rsidRDefault="00000000">
            <w:pPr>
              <w:spacing w:after="0"/>
              <w:rPr>
                <w:sz w:val="16"/>
                <w:szCs w:val="16"/>
                <w:lang w:val="pl-PL"/>
              </w:rPr>
            </w:pPr>
            <w:r w:rsidRPr="002A47B9">
              <w:rPr>
                <w:sz w:val="16"/>
                <w:szCs w:val="16"/>
                <w:lang w:val="pl-PL"/>
              </w:rPr>
              <w:t>Złożenie Wniosku o udzielenie Jednostkowej Pożyczki</w:t>
            </w:r>
          </w:p>
        </w:tc>
        <w:tc>
          <w:tcPr>
            <w:tcW w:w="3261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44A1DC" w14:textId="77777777" w:rsidR="00306873" w:rsidRPr="003B4F64" w:rsidRDefault="00306873" w:rsidP="002A47B9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3402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026B3C" w14:textId="77777777" w:rsidR="00306873" w:rsidRPr="003B4F64" w:rsidRDefault="00306873" w:rsidP="002A47B9">
            <w:pPr>
              <w:spacing w:after="0"/>
              <w:jc w:val="right"/>
              <w:rPr>
                <w:lang w:val="pl-PL"/>
              </w:rPr>
            </w:pPr>
          </w:p>
        </w:tc>
      </w:tr>
      <w:tr w:rsidR="003B4F64" w:rsidRPr="003B4F64" w14:paraId="6CAB63FA" w14:textId="77777777" w:rsidTr="0004292B">
        <w:tc>
          <w:tcPr>
            <w:tcW w:w="7229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08F2FD" w14:textId="77777777" w:rsidR="00306873" w:rsidRPr="002A47B9" w:rsidRDefault="00000000">
            <w:pPr>
              <w:spacing w:after="0"/>
              <w:rPr>
                <w:sz w:val="16"/>
                <w:szCs w:val="16"/>
                <w:lang w:val="pl-PL"/>
              </w:rPr>
            </w:pPr>
            <w:r w:rsidRPr="002A47B9">
              <w:rPr>
                <w:sz w:val="16"/>
                <w:szCs w:val="16"/>
                <w:lang w:val="pl-PL"/>
              </w:rPr>
              <w:t>Zawarcie Umowy Pożyczki</w:t>
            </w:r>
          </w:p>
          <w:p w14:paraId="46CC896E" w14:textId="3B7A8DFF" w:rsidR="00535552" w:rsidRPr="002A47B9" w:rsidRDefault="00535552">
            <w:pPr>
              <w:spacing w:after="0"/>
              <w:rPr>
                <w:i/>
                <w:iCs/>
                <w:sz w:val="16"/>
                <w:szCs w:val="16"/>
                <w:lang w:val="pl-PL"/>
              </w:rPr>
            </w:pPr>
            <w:r w:rsidRPr="002A47B9">
              <w:rPr>
                <w:i/>
                <w:iCs/>
                <w:sz w:val="16"/>
                <w:szCs w:val="16"/>
                <w:lang w:val="pl-PL"/>
              </w:rPr>
              <w:t xml:space="preserve">(nie należy wypełniać jeżeli harmonogram składany jest </w:t>
            </w:r>
            <w:r w:rsidR="00FB53DF" w:rsidRPr="002A47B9">
              <w:rPr>
                <w:i/>
                <w:iCs/>
                <w:sz w:val="16"/>
                <w:szCs w:val="16"/>
                <w:lang w:val="pl-PL"/>
              </w:rPr>
              <w:t>wraz z Wnioskiem</w:t>
            </w:r>
            <w:r w:rsidRPr="002A47B9">
              <w:rPr>
                <w:i/>
                <w:iCs/>
                <w:sz w:val="16"/>
                <w:szCs w:val="16"/>
                <w:lang w:val="pl-PL"/>
              </w:rPr>
              <w:t xml:space="preserve"> o pożyczkę)</w:t>
            </w:r>
          </w:p>
        </w:tc>
        <w:tc>
          <w:tcPr>
            <w:tcW w:w="3261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C12A76" w14:textId="77777777" w:rsidR="00306873" w:rsidRPr="003B4F64" w:rsidRDefault="00306873" w:rsidP="002A47B9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3402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86C11E" w14:textId="77777777" w:rsidR="00306873" w:rsidRPr="003B4F64" w:rsidRDefault="00306873" w:rsidP="002A47B9">
            <w:pPr>
              <w:spacing w:after="0"/>
              <w:jc w:val="right"/>
              <w:rPr>
                <w:lang w:val="pl-PL"/>
              </w:rPr>
            </w:pPr>
          </w:p>
        </w:tc>
      </w:tr>
      <w:tr w:rsidR="003B4F64" w:rsidRPr="003B4F64" w14:paraId="6E2D806F" w14:textId="77777777" w:rsidTr="0004292B">
        <w:tc>
          <w:tcPr>
            <w:tcW w:w="7229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45DBB7" w14:textId="77777777" w:rsidR="00306873" w:rsidRPr="002A47B9" w:rsidRDefault="00000000">
            <w:pPr>
              <w:spacing w:after="0"/>
              <w:rPr>
                <w:sz w:val="16"/>
                <w:szCs w:val="16"/>
                <w:lang w:val="pl-PL"/>
              </w:rPr>
            </w:pPr>
            <w:r w:rsidRPr="002A47B9">
              <w:rPr>
                <w:sz w:val="16"/>
                <w:szCs w:val="16"/>
                <w:lang w:val="pl-PL"/>
              </w:rPr>
              <w:t>Uruchomienie Jednostkowej Pożyczki – pierwsza płatność do Ostatecznego Odbiorcy lub jego kontrahenta</w:t>
            </w:r>
          </w:p>
          <w:p w14:paraId="4D837CF3" w14:textId="77777777" w:rsidR="00FB53DF" w:rsidRPr="002A47B9" w:rsidRDefault="00FB53DF">
            <w:pPr>
              <w:spacing w:after="0"/>
              <w:rPr>
                <w:i/>
                <w:iCs/>
                <w:sz w:val="16"/>
                <w:szCs w:val="16"/>
                <w:lang w:val="pl-PL"/>
              </w:rPr>
            </w:pPr>
            <w:r w:rsidRPr="002A47B9">
              <w:rPr>
                <w:i/>
                <w:iCs/>
                <w:sz w:val="16"/>
                <w:szCs w:val="16"/>
                <w:lang w:val="pl-PL"/>
              </w:rPr>
              <w:t>(nie należy wypełniać jeżeli harmonogram składany jest wraz z Wnioskiem o pożyczkę)</w:t>
            </w:r>
          </w:p>
          <w:p w14:paraId="062763FC" w14:textId="1D958B10" w:rsidR="00FB53DF" w:rsidRPr="002A47B9" w:rsidRDefault="00FB53DF">
            <w:pPr>
              <w:spacing w:after="0"/>
              <w:rPr>
                <w:sz w:val="16"/>
                <w:szCs w:val="16"/>
                <w:lang w:val="pl-PL"/>
              </w:rPr>
            </w:pPr>
            <w:r w:rsidRPr="002A47B9">
              <w:rPr>
                <w:i/>
                <w:iCs/>
                <w:sz w:val="16"/>
                <w:szCs w:val="16"/>
                <w:lang w:val="pl-PL"/>
              </w:rPr>
              <w:t>(należy wypełnić jeżeli harmonogram składany jest jako załącznik do Umowy pożyczki)</w:t>
            </w:r>
          </w:p>
        </w:tc>
        <w:tc>
          <w:tcPr>
            <w:tcW w:w="3261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337F42" w14:textId="77777777" w:rsidR="00306873" w:rsidRPr="003B4F64" w:rsidRDefault="00306873" w:rsidP="002A47B9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3402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A5D01B" w14:textId="77777777" w:rsidR="00306873" w:rsidRPr="003B4F64" w:rsidRDefault="00306873" w:rsidP="002A47B9">
            <w:pPr>
              <w:spacing w:after="0"/>
              <w:jc w:val="right"/>
              <w:rPr>
                <w:lang w:val="pl-PL"/>
              </w:rPr>
            </w:pPr>
          </w:p>
        </w:tc>
      </w:tr>
      <w:tr w:rsidR="003B4F64" w:rsidRPr="003B4F64" w14:paraId="0C8D1E4B" w14:textId="77777777" w:rsidTr="0004292B">
        <w:tc>
          <w:tcPr>
            <w:tcW w:w="7229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A5205A" w14:textId="77777777" w:rsidR="00306873" w:rsidRPr="002A47B9" w:rsidRDefault="00000000">
            <w:pPr>
              <w:spacing w:after="0"/>
              <w:rPr>
                <w:sz w:val="16"/>
                <w:szCs w:val="16"/>
                <w:lang w:val="pl-PL"/>
              </w:rPr>
            </w:pPr>
            <w:r w:rsidRPr="002A47B9">
              <w:rPr>
                <w:sz w:val="16"/>
                <w:szCs w:val="16"/>
                <w:lang w:val="pl-PL"/>
              </w:rPr>
              <w:t>Zakończenie rzeczowej realizacji Inwestycji Końcowej</w:t>
            </w:r>
          </w:p>
        </w:tc>
        <w:tc>
          <w:tcPr>
            <w:tcW w:w="3261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D70A9D" w14:textId="77777777" w:rsidR="00306873" w:rsidRPr="003B4F64" w:rsidRDefault="00306873" w:rsidP="002A47B9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3402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BF14C9" w14:textId="77777777" w:rsidR="00306873" w:rsidRPr="003B4F64" w:rsidRDefault="00306873" w:rsidP="002A47B9">
            <w:pPr>
              <w:spacing w:after="0"/>
              <w:jc w:val="right"/>
              <w:rPr>
                <w:lang w:val="pl-PL"/>
              </w:rPr>
            </w:pPr>
          </w:p>
        </w:tc>
      </w:tr>
      <w:tr w:rsidR="003B4F64" w:rsidRPr="003B4F64" w14:paraId="4C4843C2" w14:textId="77777777" w:rsidTr="0004292B">
        <w:tc>
          <w:tcPr>
            <w:tcW w:w="7229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2BB2FF" w14:textId="2A43534E" w:rsidR="00306873" w:rsidRPr="002A47B9" w:rsidRDefault="00000000">
            <w:pPr>
              <w:spacing w:after="0"/>
              <w:rPr>
                <w:sz w:val="16"/>
                <w:szCs w:val="16"/>
                <w:lang w:val="pl-PL"/>
              </w:rPr>
            </w:pPr>
            <w:r w:rsidRPr="002A47B9">
              <w:rPr>
                <w:sz w:val="16"/>
                <w:szCs w:val="16"/>
                <w:lang w:val="pl-PL"/>
              </w:rPr>
              <w:t xml:space="preserve">Podstawowy termin udokumentowania wydatkowania wszystkich środków – </w:t>
            </w:r>
            <w:r w:rsidR="002A47B9">
              <w:rPr>
                <w:sz w:val="16"/>
                <w:szCs w:val="16"/>
                <w:lang w:val="pl-PL"/>
              </w:rPr>
              <w:t>360</w:t>
            </w:r>
            <w:r w:rsidRPr="002A47B9">
              <w:rPr>
                <w:sz w:val="16"/>
                <w:szCs w:val="16"/>
                <w:lang w:val="pl-PL"/>
              </w:rPr>
              <w:t xml:space="preserve"> dni od uruchomienia </w:t>
            </w:r>
            <w:r w:rsidR="00405412" w:rsidRPr="002A47B9">
              <w:rPr>
                <w:sz w:val="16"/>
                <w:szCs w:val="16"/>
                <w:lang w:val="pl-PL"/>
              </w:rPr>
              <w:t>Jednostkowej Pożyczki</w:t>
            </w:r>
          </w:p>
          <w:p w14:paraId="6C7EA917" w14:textId="77777777" w:rsidR="00405412" w:rsidRPr="002A47B9" w:rsidRDefault="00405412" w:rsidP="00405412">
            <w:pPr>
              <w:spacing w:after="0"/>
              <w:rPr>
                <w:i/>
                <w:iCs/>
                <w:sz w:val="16"/>
                <w:szCs w:val="16"/>
                <w:lang w:val="pl-PL"/>
              </w:rPr>
            </w:pPr>
            <w:r w:rsidRPr="002A47B9">
              <w:rPr>
                <w:i/>
                <w:iCs/>
                <w:sz w:val="16"/>
                <w:szCs w:val="16"/>
                <w:lang w:val="pl-PL"/>
              </w:rPr>
              <w:t>(nie należy wypełniać jeżeli harmonogram składany jest wraz z Wnioskiem o pożyczkę)</w:t>
            </w:r>
          </w:p>
          <w:p w14:paraId="1CCFCA5C" w14:textId="77777777" w:rsidR="00405412" w:rsidRPr="002A47B9" w:rsidRDefault="00405412" w:rsidP="00405412">
            <w:pPr>
              <w:spacing w:after="0"/>
              <w:rPr>
                <w:sz w:val="16"/>
                <w:szCs w:val="16"/>
                <w:lang w:val="pl-PL"/>
              </w:rPr>
            </w:pPr>
            <w:r w:rsidRPr="002A47B9">
              <w:rPr>
                <w:i/>
                <w:iCs/>
                <w:sz w:val="16"/>
                <w:szCs w:val="16"/>
                <w:lang w:val="pl-PL"/>
              </w:rPr>
              <w:t>(należy wypełnić jeżeli harmonogram składany jest jako załącznik do Umowy pożyczki)</w:t>
            </w:r>
          </w:p>
        </w:tc>
        <w:tc>
          <w:tcPr>
            <w:tcW w:w="3261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92FE37" w14:textId="77777777" w:rsidR="00306873" w:rsidRPr="003B4F64" w:rsidRDefault="00306873" w:rsidP="002A47B9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3402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2F792C" w14:textId="77777777" w:rsidR="00306873" w:rsidRPr="003B4F64" w:rsidRDefault="00306873" w:rsidP="002A47B9">
            <w:pPr>
              <w:spacing w:after="0"/>
              <w:jc w:val="right"/>
              <w:rPr>
                <w:lang w:val="pl-PL"/>
              </w:rPr>
            </w:pPr>
          </w:p>
        </w:tc>
      </w:tr>
      <w:tr w:rsidR="003B4F64" w:rsidRPr="003B4F64" w14:paraId="76A56D44" w14:textId="77777777" w:rsidTr="0004292B">
        <w:tc>
          <w:tcPr>
            <w:tcW w:w="7229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5C3ADA" w14:textId="77777777" w:rsidR="00306873" w:rsidRPr="002A47B9" w:rsidRDefault="00000000">
            <w:pPr>
              <w:spacing w:after="0"/>
              <w:rPr>
                <w:sz w:val="16"/>
                <w:szCs w:val="16"/>
                <w:lang w:val="pl-PL"/>
              </w:rPr>
            </w:pPr>
            <w:r w:rsidRPr="002A47B9">
              <w:rPr>
                <w:sz w:val="16"/>
                <w:szCs w:val="16"/>
                <w:lang w:val="pl-PL"/>
              </w:rPr>
              <w:t>Termin wydłużony zaakceptowany przez BARR S.A. – jeżeli dotyczy</w:t>
            </w:r>
          </w:p>
        </w:tc>
        <w:tc>
          <w:tcPr>
            <w:tcW w:w="3261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4A7AB6" w14:textId="77777777" w:rsidR="00306873" w:rsidRPr="003B4F64" w:rsidRDefault="00306873" w:rsidP="002A47B9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3402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5276D5" w14:textId="77777777" w:rsidR="00306873" w:rsidRPr="003B4F64" w:rsidRDefault="00306873" w:rsidP="002A47B9">
            <w:pPr>
              <w:spacing w:after="0"/>
              <w:jc w:val="right"/>
              <w:rPr>
                <w:lang w:val="pl-PL"/>
              </w:rPr>
            </w:pPr>
          </w:p>
        </w:tc>
      </w:tr>
      <w:tr w:rsidR="003B4F64" w:rsidRPr="003B4F64" w14:paraId="75ABC8BF" w14:textId="77777777" w:rsidTr="0004292B">
        <w:tc>
          <w:tcPr>
            <w:tcW w:w="7229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5DCA22" w14:textId="77777777" w:rsidR="00306873" w:rsidRPr="002A47B9" w:rsidRDefault="00000000">
            <w:pPr>
              <w:spacing w:after="0"/>
              <w:rPr>
                <w:sz w:val="16"/>
                <w:szCs w:val="16"/>
                <w:lang w:val="pl-PL"/>
              </w:rPr>
            </w:pPr>
            <w:r w:rsidRPr="002A47B9">
              <w:rPr>
                <w:sz w:val="16"/>
                <w:szCs w:val="16"/>
                <w:lang w:val="pl-PL"/>
              </w:rPr>
              <w:lastRenderedPageBreak/>
              <w:t>Termin przekraczający 360 dni – wyłącznie po pisemnej zgodzie Menadżera – jeżeli dotyczy</w:t>
            </w:r>
          </w:p>
        </w:tc>
        <w:tc>
          <w:tcPr>
            <w:tcW w:w="3261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2048F5" w14:textId="77777777" w:rsidR="00306873" w:rsidRPr="003B4F64" w:rsidRDefault="00306873" w:rsidP="002A47B9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3402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9B80DE" w14:textId="77777777" w:rsidR="00306873" w:rsidRPr="003B4F64" w:rsidRDefault="00306873" w:rsidP="002A47B9">
            <w:pPr>
              <w:spacing w:after="0"/>
              <w:jc w:val="right"/>
              <w:rPr>
                <w:lang w:val="pl-PL"/>
              </w:rPr>
            </w:pPr>
          </w:p>
        </w:tc>
      </w:tr>
      <w:tr w:rsidR="003B4F64" w:rsidRPr="003B4F64" w14:paraId="13255778" w14:textId="77777777" w:rsidTr="0004292B">
        <w:tc>
          <w:tcPr>
            <w:tcW w:w="13892" w:type="dxa"/>
            <w:gridSpan w:val="3"/>
            <w:tcBorders>
              <w:top w:val="single" w:sz="6" w:space="0" w:color="B7C9C1"/>
              <w:left w:val="single" w:sz="6" w:space="0" w:color="B7C9C1"/>
              <w:bottom w:val="single" w:sz="6" w:space="0" w:color="B7C9C1"/>
              <w:right w:val="single" w:sz="6" w:space="0" w:color="B7C9C1"/>
            </w:tcBorders>
            <w:shd w:val="clear" w:color="auto" w:fill="FFF2C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41389A" w14:textId="493C0EB0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sz w:val="16"/>
                <w:lang w:val="pl-PL"/>
              </w:rPr>
              <w:t xml:space="preserve">Termin uruchomienia Jednostkowej Pożyczki wynosi co do zasady </w:t>
            </w:r>
            <w:r w:rsidR="00BB184D">
              <w:rPr>
                <w:sz w:val="16"/>
                <w:lang w:val="pl-PL"/>
              </w:rPr>
              <w:t>180</w:t>
            </w:r>
            <w:r w:rsidRPr="003B4F64">
              <w:rPr>
                <w:sz w:val="16"/>
                <w:lang w:val="pl-PL"/>
              </w:rPr>
              <w:t xml:space="preserve"> dni od dnia zawarcia Umowy Pożyczki. Termin </w:t>
            </w:r>
            <w:r w:rsidR="00BB184D">
              <w:rPr>
                <w:sz w:val="16"/>
                <w:lang w:val="pl-PL"/>
              </w:rPr>
              <w:t>360</w:t>
            </w:r>
            <w:r w:rsidRPr="003B4F64">
              <w:rPr>
                <w:sz w:val="16"/>
                <w:lang w:val="pl-PL"/>
              </w:rPr>
              <w:t xml:space="preserve"> dni liczy się od dnia pierwszej wypłaty środków, niezależnie od liczby transz i liczby przedsięwzięć składających się na Inwestycję Końcową.</w:t>
            </w:r>
          </w:p>
        </w:tc>
      </w:tr>
    </w:tbl>
    <w:p w14:paraId="1A99632C" w14:textId="77777777" w:rsidR="00306873" w:rsidRPr="003B4F64" w:rsidRDefault="00306873">
      <w:pPr>
        <w:spacing w:after="0"/>
        <w:rPr>
          <w:lang w:val="pl-PL"/>
        </w:rPr>
      </w:pPr>
    </w:p>
    <w:p w14:paraId="428CE02C" w14:textId="3180E0CF" w:rsidR="00405412" w:rsidRPr="00BB184D" w:rsidRDefault="00000000">
      <w:pPr>
        <w:keepNext/>
        <w:spacing w:before="160" w:after="80"/>
        <w:rPr>
          <w:b/>
          <w:sz w:val="20"/>
          <w:szCs w:val="20"/>
          <w:lang w:val="pl-PL"/>
        </w:rPr>
      </w:pPr>
      <w:r w:rsidRPr="00BB184D">
        <w:rPr>
          <w:b/>
          <w:sz w:val="20"/>
          <w:szCs w:val="20"/>
          <w:lang w:val="pl-PL"/>
        </w:rPr>
        <w:t>3. Gotowość administracyjna i dokumentacyjna</w:t>
      </w:r>
    </w:p>
    <w:p w14:paraId="5A25D546" w14:textId="03065915" w:rsidR="00405412" w:rsidRPr="003B4F64" w:rsidRDefault="00405412" w:rsidP="00405412">
      <w:pPr>
        <w:spacing w:before="100" w:after="40"/>
        <w:rPr>
          <w:lang w:val="pl-PL"/>
        </w:rPr>
      </w:pPr>
      <w:r w:rsidRPr="003B4F64">
        <w:rPr>
          <w:b/>
          <w:sz w:val="16"/>
          <w:lang w:val="pl-PL"/>
        </w:rPr>
        <w:t>Czy Wnioskodawca posiada wszystkie dokumenty wymagane do rozpoczęcia realizacji planowanych etapów?   ☐ TAK   ☐ NIE   ☐ NIE DOTYCZY</w:t>
      </w:r>
    </w:p>
    <w:p w14:paraId="7873C2C1" w14:textId="227CEB7F" w:rsidR="00405412" w:rsidRPr="003B4F64" w:rsidRDefault="00405412" w:rsidP="00405412">
      <w:pPr>
        <w:rPr>
          <w:lang w:val="pl-PL"/>
        </w:rPr>
      </w:pPr>
      <w:r w:rsidRPr="003B4F64">
        <w:rPr>
          <w:i/>
          <w:sz w:val="15"/>
          <w:lang w:val="pl-PL"/>
        </w:rPr>
        <w:t xml:space="preserve">Jeżeli „NIE”, należy wskazać w </w:t>
      </w:r>
      <w:r>
        <w:rPr>
          <w:i/>
          <w:sz w:val="15"/>
          <w:lang w:val="pl-PL"/>
        </w:rPr>
        <w:t>poniższej</w:t>
      </w:r>
      <w:r w:rsidRPr="003B4F64">
        <w:rPr>
          <w:i/>
          <w:sz w:val="15"/>
          <w:lang w:val="pl-PL"/>
        </w:rPr>
        <w:t xml:space="preserve"> tabeli planowane terminy ich uzyskania oraz uwzględnić je w terminach realizacji etapów Inwestycji Końcowej.</w:t>
      </w:r>
    </w:p>
    <w:p w14:paraId="52BCB1E1" w14:textId="0C036EA3" w:rsidR="00306873" w:rsidRPr="003B4F64" w:rsidRDefault="00000000">
      <w:pPr>
        <w:rPr>
          <w:lang w:val="pl-PL"/>
        </w:rPr>
      </w:pPr>
      <w:r w:rsidRPr="003B4F64">
        <w:rPr>
          <w:sz w:val="16"/>
          <w:lang w:val="pl-PL"/>
        </w:rPr>
        <w:t>Należy wskazać wszystkie decyzje, zezwolenia, zgłoszenia, uzgodnienia lub inne dokumenty wymagane przepisami prawa albo charakterem Inwestycji Końcowej.</w:t>
      </w:r>
    </w:p>
    <w:tbl>
      <w:tblPr>
        <w:tblW w:w="0" w:type="auto"/>
        <w:tblInd w:w="232" w:type="dxa"/>
        <w:tblLayout w:type="fixed"/>
        <w:tblLook w:val="04A0" w:firstRow="1" w:lastRow="0" w:firstColumn="1" w:lastColumn="0" w:noHBand="0" w:noVBand="1"/>
      </w:tblPr>
      <w:tblGrid>
        <w:gridCol w:w="760"/>
        <w:gridCol w:w="3828"/>
        <w:gridCol w:w="2835"/>
        <w:gridCol w:w="1701"/>
        <w:gridCol w:w="1842"/>
        <w:gridCol w:w="2926"/>
      </w:tblGrid>
      <w:tr w:rsidR="00D37D14" w:rsidRPr="003B4F64" w14:paraId="3282BB05" w14:textId="77777777" w:rsidTr="00746346">
        <w:trPr>
          <w:tblHeader/>
        </w:trPr>
        <w:tc>
          <w:tcPr>
            <w:tcW w:w="760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00DA02" w14:textId="77777777" w:rsidR="00D37D14" w:rsidRPr="00746346" w:rsidRDefault="00D37D14">
            <w:pPr>
              <w:spacing w:after="0"/>
              <w:jc w:val="center"/>
              <w:rPr>
                <w:color w:val="FFFFFF" w:themeColor="background1"/>
                <w:lang w:val="pl-PL"/>
              </w:rPr>
            </w:pPr>
            <w:r w:rsidRPr="00746346">
              <w:rPr>
                <w:b/>
                <w:color w:val="FFFFFF" w:themeColor="background1"/>
                <w:sz w:val="14"/>
                <w:lang w:val="pl-PL"/>
              </w:rPr>
              <w:t>Lp.</w:t>
            </w:r>
          </w:p>
        </w:tc>
        <w:tc>
          <w:tcPr>
            <w:tcW w:w="382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7B57BF" w14:textId="77777777" w:rsidR="00D37D14" w:rsidRPr="00746346" w:rsidRDefault="00D37D14">
            <w:pPr>
              <w:spacing w:after="0"/>
              <w:jc w:val="center"/>
              <w:rPr>
                <w:color w:val="FFFFFF" w:themeColor="background1"/>
                <w:lang w:val="pl-PL"/>
              </w:rPr>
            </w:pPr>
            <w:r w:rsidRPr="00746346">
              <w:rPr>
                <w:b/>
                <w:color w:val="FFFFFF" w:themeColor="background1"/>
                <w:sz w:val="14"/>
                <w:lang w:val="pl-PL"/>
              </w:rPr>
              <w:t>Rodzaj dokumentu / decyzji / zgłoszenia</w:t>
            </w:r>
          </w:p>
        </w:tc>
        <w:tc>
          <w:tcPr>
            <w:tcW w:w="2835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E2181E" w14:textId="77777777" w:rsidR="00D37D14" w:rsidRPr="00746346" w:rsidRDefault="00D37D14">
            <w:pPr>
              <w:spacing w:after="0"/>
              <w:jc w:val="center"/>
              <w:rPr>
                <w:color w:val="FFFFFF" w:themeColor="background1"/>
                <w:lang w:val="pl-PL"/>
              </w:rPr>
            </w:pPr>
            <w:r w:rsidRPr="00746346">
              <w:rPr>
                <w:b/>
                <w:color w:val="FFFFFF" w:themeColor="background1"/>
                <w:sz w:val="14"/>
                <w:lang w:val="pl-PL"/>
              </w:rPr>
              <w:t>Organ / instytucja</w:t>
            </w:r>
          </w:p>
        </w:tc>
        <w:tc>
          <w:tcPr>
            <w:tcW w:w="170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C44004" w14:textId="77777777" w:rsidR="00D37D14" w:rsidRPr="00746346" w:rsidRDefault="00D37D14">
            <w:pPr>
              <w:spacing w:after="0"/>
              <w:jc w:val="center"/>
              <w:rPr>
                <w:color w:val="FFFFFF" w:themeColor="background1"/>
                <w:lang w:val="pl-PL"/>
              </w:rPr>
            </w:pPr>
            <w:r w:rsidRPr="00746346">
              <w:rPr>
                <w:b/>
                <w:color w:val="FFFFFF" w:themeColor="background1"/>
                <w:sz w:val="14"/>
                <w:lang w:val="pl-PL"/>
              </w:rPr>
              <w:t>Nr i data / status</w:t>
            </w:r>
          </w:p>
        </w:tc>
        <w:tc>
          <w:tcPr>
            <w:tcW w:w="1842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D8C2E0" w14:textId="77777777" w:rsidR="00D37D14" w:rsidRPr="00746346" w:rsidRDefault="00D37D14">
            <w:pPr>
              <w:spacing w:after="0"/>
              <w:jc w:val="center"/>
              <w:rPr>
                <w:color w:val="FFFFFF" w:themeColor="background1"/>
                <w:lang w:val="pl-PL"/>
              </w:rPr>
            </w:pPr>
            <w:r w:rsidRPr="00746346">
              <w:rPr>
                <w:b/>
                <w:color w:val="FFFFFF" w:themeColor="background1"/>
                <w:sz w:val="14"/>
                <w:lang w:val="pl-PL"/>
              </w:rPr>
              <w:t>Planowana data uzyskania</w:t>
            </w:r>
          </w:p>
        </w:tc>
        <w:tc>
          <w:tcPr>
            <w:tcW w:w="292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B8FB04" w14:textId="77777777" w:rsidR="00D37D14" w:rsidRPr="00746346" w:rsidRDefault="00D37D14">
            <w:pPr>
              <w:spacing w:after="0"/>
              <w:jc w:val="center"/>
              <w:rPr>
                <w:color w:val="FFFFFF" w:themeColor="background1"/>
                <w:lang w:val="pl-PL"/>
              </w:rPr>
            </w:pPr>
            <w:r w:rsidRPr="00746346">
              <w:rPr>
                <w:b/>
                <w:color w:val="FFFFFF" w:themeColor="background1"/>
                <w:sz w:val="14"/>
                <w:lang w:val="pl-PL"/>
              </w:rPr>
              <w:t>Uwagi</w:t>
            </w:r>
          </w:p>
        </w:tc>
      </w:tr>
      <w:tr w:rsidR="00D37D14" w:rsidRPr="003B4F64" w14:paraId="0D4B6DB1" w14:textId="77777777" w:rsidTr="00746346">
        <w:trPr>
          <w:trHeight w:val="489"/>
        </w:trPr>
        <w:tc>
          <w:tcPr>
            <w:tcW w:w="760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4D7E50" w14:textId="77777777" w:rsidR="00D37D14" w:rsidRPr="003B4F64" w:rsidRDefault="00D37D14" w:rsidP="00746346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382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FBCBDE" w14:textId="77777777" w:rsidR="00D37D14" w:rsidRPr="003B4F64" w:rsidRDefault="00D37D14" w:rsidP="00746346">
            <w:pPr>
              <w:spacing w:after="0"/>
              <w:rPr>
                <w:lang w:val="pl-PL"/>
              </w:rPr>
            </w:pPr>
          </w:p>
        </w:tc>
        <w:tc>
          <w:tcPr>
            <w:tcW w:w="2835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C8EAE6" w14:textId="77777777" w:rsidR="00D37D14" w:rsidRPr="003B4F64" w:rsidRDefault="00D37D14" w:rsidP="00746346">
            <w:pPr>
              <w:spacing w:after="0"/>
              <w:rPr>
                <w:lang w:val="pl-PL"/>
              </w:rPr>
            </w:pPr>
          </w:p>
        </w:tc>
        <w:tc>
          <w:tcPr>
            <w:tcW w:w="170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E85EEF" w14:textId="77777777" w:rsidR="00D37D14" w:rsidRPr="003B4F64" w:rsidRDefault="00D37D14" w:rsidP="00746346">
            <w:pPr>
              <w:spacing w:after="0"/>
              <w:rPr>
                <w:lang w:val="pl-PL"/>
              </w:rPr>
            </w:pPr>
          </w:p>
        </w:tc>
        <w:tc>
          <w:tcPr>
            <w:tcW w:w="1842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8EC786" w14:textId="77777777" w:rsidR="00D37D14" w:rsidRPr="003B4F64" w:rsidRDefault="00D37D14" w:rsidP="00746346">
            <w:pPr>
              <w:spacing w:after="0"/>
              <w:rPr>
                <w:lang w:val="pl-PL"/>
              </w:rPr>
            </w:pPr>
          </w:p>
        </w:tc>
        <w:tc>
          <w:tcPr>
            <w:tcW w:w="292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892B35" w14:textId="77777777" w:rsidR="00D37D14" w:rsidRPr="003B4F64" w:rsidRDefault="00D37D14" w:rsidP="00746346">
            <w:pPr>
              <w:spacing w:after="0"/>
              <w:rPr>
                <w:lang w:val="pl-PL"/>
              </w:rPr>
            </w:pPr>
          </w:p>
        </w:tc>
      </w:tr>
      <w:tr w:rsidR="00D37D14" w:rsidRPr="003B4F64" w14:paraId="47BFD3D0" w14:textId="77777777" w:rsidTr="00746346">
        <w:trPr>
          <w:trHeight w:val="489"/>
        </w:trPr>
        <w:tc>
          <w:tcPr>
            <w:tcW w:w="760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BBE62F" w14:textId="77777777" w:rsidR="00D37D14" w:rsidRPr="003B4F64" w:rsidRDefault="00D37D14" w:rsidP="00746346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382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A017CE" w14:textId="77777777" w:rsidR="00D37D14" w:rsidRPr="003B4F64" w:rsidRDefault="00D37D14" w:rsidP="00746346">
            <w:pPr>
              <w:spacing w:after="0"/>
              <w:rPr>
                <w:lang w:val="pl-PL"/>
              </w:rPr>
            </w:pPr>
          </w:p>
        </w:tc>
        <w:tc>
          <w:tcPr>
            <w:tcW w:w="2835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BDF601" w14:textId="77777777" w:rsidR="00D37D14" w:rsidRPr="003B4F64" w:rsidRDefault="00D37D14" w:rsidP="00746346">
            <w:pPr>
              <w:spacing w:after="0"/>
              <w:rPr>
                <w:lang w:val="pl-PL"/>
              </w:rPr>
            </w:pPr>
          </w:p>
        </w:tc>
        <w:tc>
          <w:tcPr>
            <w:tcW w:w="170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9358BB" w14:textId="77777777" w:rsidR="00D37D14" w:rsidRPr="003B4F64" w:rsidRDefault="00D37D14" w:rsidP="00746346">
            <w:pPr>
              <w:spacing w:after="0"/>
              <w:rPr>
                <w:lang w:val="pl-PL"/>
              </w:rPr>
            </w:pPr>
          </w:p>
        </w:tc>
        <w:tc>
          <w:tcPr>
            <w:tcW w:w="1842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BFEC02" w14:textId="77777777" w:rsidR="00D37D14" w:rsidRPr="003B4F64" w:rsidRDefault="00D37D14" w:rsidP="00746346">
            <w:pPr>
              <w:spacing w:after="0"/>
              <w:rPr>
                <w:lang w:val="pl-PL"/>
              </w:rPr>
            </w:pPr>
          </w:p>
        </w:tc>
        <w:tc>
          <w:tcPr>
            <w:tcW w:w="292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CDB5AF" w14:textId="77777777" w:rsidR="00D37D14" w:rsidRPr="003B4F64" w:rsidRDefault="00D37D14" w:rsidP="00746346">
            <w:pPr>
              <w:spacing w:after="0"/>
              <w:rPr>
                <w:lang w:val="pl-PL"/>
              </w:rPr>
            </w:pPr>
          </w:p>
        </w:tc>
      </w:tr>
      <w:tr w:rsidR="00D37D14" w:rsidRPr="003B4F64" w14:paraId="54DB9CB4" w14:textId="77777777" w:rsidTr="00746346">
        <w:trPr>
          <w:trHeight w:val="489"/>
        </w:trPr>
        <w:tc>
          <w:tcPr>
            <w:tcW w:w="760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2DB937" w14:textId="77777777" w:rsidR="00D37D14" w:rsidRPr="003B4F64" w:rsidRDefault="00D37D14" w:rsidP="00746346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382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DAB00D" w14:textId="77777777" w:rsidR="00D37D14" w:rsidRPr="003B4F64" w:rsidRDefault="00D37D14" w:rsidP="00746346">
            <w:pPr>
              <w:spacing w:after="0"/>
              <w:rPr>
                <w:lang w:val="pl-PL"/>
              </w:rPr>
            </w:pPr>
          </w:p>
        </w:tc>
        <w:tc>
          <w:tcPr>
            <w:tcW w:w="2835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A0A449" w14:textId="77777777" w:rsidR="00D37D14" w:rsidRPr="003B4F64" w:rsidRDefault="00D37D14" w:rsidP="00746346">
            <w:pPr>
              <w:spacing w:after="0"/>
              <w:rPr>
                <w:lang w:val="pl-PL"/>
              </w:rPr>
            </w:pPr>
          </w:p>
        </w:tc>
        <w:tc>
          <w:tcPr>
            <w:tcW w:w="170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CB5BE3" w14:textId="77777777" w:rsidR="00D37D14" w:rsidRPr="003B4F64" w:rsidRDefault="00D37D14" w:rsidP="00746346">
            <w:pPr>
              <w:spacing w:after="0"/>
              <w:rPr>
                <w:lang w:val="pl-PL"/>
              </w:rPr>
            </w:pPr>
          </w:p>
        </w:tc>
        <w:tc>
          <w:tcPr>
            <w:tcW w:w="1842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90E55E" w14:textId="77777777" w:rsidR="00D37D14" w:rsidRPr="003B4F64" w:rsidRDefault="00D37D14" w:rsidP="00746346">
            <w:pPr>
              <w:spacing w:after="0"/>
              <w:rPr>
                <w:lang w:val="pl-PL"/>
              </w:rPr>
            </w:pPr>
          </w:p>
        </w:tc>
        <w:tc>
          <w:tcPr>
            <w:tcW w:w="292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BBE8B7" w14:textId="77777777" w:rsidR="00D37D14" w:rsidRPr="003B4F64" w:rsidRDefault="00D37D14" w:rsidP="00746346">
            <w:pPr>
              <w:spacing w:after="0"/>
              <w:rPr>
                <w:lang w:val="pl-PL"/>
              </w:rPr>
            </w:pPr>
          </w:p>
        </w:tc>
      </w:tr>
      <w:tr w:rsidR="00D37D14" w:rsidRPr="003B4F64" w14:paraId="3A62CF2E" w14:textId="77777777" w:rsidTr="00746346">
        <w:trPr>
          <w:trHeight w:val="489"/>
        </w:trPr>
        <w:tc>
          <w:tcPr>
            <w:tcW w:w="760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1798A2" w14:textId="77777777" w:rsidR="00D37D14" w:rsidRPr="003B4F64" w:rsidRDefault="00D37D14" w:rsidP="00746346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382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793A23" w14:textId="77777777" w:rsidR="00D37D14" w:rsidRPr="003B4F64" w:rsidRDefault="00D37D14" w:rsidP="00746346">
            <w:pPr>
              <w:spacing w:after="0"/>
              <w:rPr>
                <w:lang w:val="pl-PL"/>
              </w:rPr>
            </w:pPr>
          </w:p>
        </w:tc>
        <w:tc>
          <w:tcPr>
            <w:tcW w:w="2835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B8047D" w14:textId="77777777" w:rsidR="00D37D14" w:rsidRPr="003B4F64" w:rsidRDefault="00D37D14" w:rsidP="00746346">
            <w:pPr>
              <w:spacing w:after="0"/>
              <w:rPr>
                <w:lang w:val="pl-PL"/>
              </w:rPr>
            </w:pPr>
          </w:p>
        </w:tc>
        <w:tc>
          <w:tcPr>
            <w:tcW w:w="170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911CF6" w14:textId="77777777" w:rsidR="00D37D14" w:rsidRPr="003B4F64" w:rsidRDefault="00D37D14" w:rsidP="00746346">
            <w:pPr>
              <w:spacing w:after="0"/>
              <w:rPr>
                <w:lang w:val="pl-PL"/>
              </w:rPr>
            </w:pPr>
          </w:p>
        </w:tc>
        <w:tc>
          <w:tcPr>
            <w:tcW w:w="1842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10ABE8" w14:textId="77777777" w:rsidR="00D37D14" w:rsidRPr="003B4F64" w:rsidRDefault="00D37D14" w:rsidP="00746346">
            <w:pPr>
              <w:spacing w:after="0"/>
              <w:rPr>
                <w:lang w:val="pl-PL"/>
              </w:rPr>
            </w:pPr>
          </w:p>
        </w:tc>
        <w:tc>
          <w:tcPr>
            <w:tcW w:w="292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9FD95F" w14:textId="77777777" w:rsidR="00D37D14" w:rsidRPr="003B4F64" w:rsidRDefault="00D37D14" w:rsidP="00746346">
            <w:pPr>
              <w:spacing w:after="0"/>
              <w:rPr>
                <w:lang w:val="pl-PL"/>
              </w:rPr>
            </w:pPr>
          </w:p>
        </w:tc>
      </w:tr>
      <w:tr w:rsidR="00C63605" w:rsidRPr="003B4F64" w14:paraId="6FE3F852" w14:textId="77777777" w:rsidTr="00746346">
        <w:trPr>
          <w:trHeight w:val="489"/>
        </w:trPr>
        <w:tc>
          <w:tcPr>
            <w:tcW w:w="760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B12981" w14:textId="77777777" w:rsidR="00C63605" w:rsidRPr="003B4F64" w:rsidRDefault="00C63605" w:rsidP="00746346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382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924382" w14:textId="77777777" w:rsidR="00C63605" w:rsidRPr="003B4F64" w:rsidRDefault="00C63605" w:rsidP="00746346">
            <w:pPr>
              <w:spacing w:after="0"/>
              <w:rPr>
                <w:lang w:val="pl-PL"/>
              </w:rPr>
            </w:pPr>
          </w:p>
        </w:tc>
        <w:tc>
          <w:tcPr>
            <w:tcW w:w="2835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349FA2" w14:textId="77777777" w:rsidR="00C63605" w:rsidRPr="003B4F64" w:rsidRDefault="00C63605" w:rsidP="00746346">
            <w:pPr>
              <w:spacing w:after="0"/>
              <w:rPr>
                <w:lang w:val="pl-PL"/>
              </w:rPr>
            </w:pPr>
          </w:p>
        </w:tc>
        <w:tc>
          <w:tcPr>
            <w:tcW w:w="170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DCAF51" w14:textId="77777777" w:rsidR="00C63605" w:rsidRPr="003B4F64" w:rsidRDefault="00C63605" w:rsidP="00746346">
            <w:pPr>
              <w:spacing w:after="0"/>
              <w:rPr>
                <w:lang w:val="pl-PL"/>
              </w:rPr>
            </w:pPr>
          </w:p>
        </w:tc>
        <w:tc>
          <w:tcPr>
            <w:tcW w:w="1842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3E895F" w14:textId="77777777" w:rsidR="00C63605" w:rsidRPr="003B4F64" w:rsidRDefault="00C63605" w:rsidP="00746346">
            <w:pPr>
              <w:spacing w:after="0"/>
              <w:rPr>
                <w:lang w:val="pl-PL"/>
              </w:rPr>
            </w:pPr>
          </w:p>
        </w:tc>
        <w:tc>
          <w:tcPr>
            <w:tcW w:w="292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28DE46" w14:textId="77777777" w:rsidR="00C63605" w:rsidRPr="003B4F64" w:rsidRDefault="00C63605" w:rsidP="00746346">
            <w:pPr>
              <w:spacing w:after="0"/>
              <w:rPr>
                <w:lang w:val="pl-PL"/>
              </w:rPr>
            </w:pPr>
          </w:p>
        </w:tc>
      </w:tr>
      <w:tr w:rsidR="00C63605" w:rsidRPr="003B4F64" w14:paraId="38AEAE17" w14:textId="77777777" w:rsidTr="00746346">
        <w:trPr>
          <w:trHeight w:val="489"/>
        </w:trPr>
        <w:tc>
          <w:tcPr>
            <w:tcW w:w="760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41AA24" w14:textId="77777777" w:rsidR="00C63605" w:rsidRPr="003B4F64" w:rsidRDefault="00C63605" w:rsidP="00746346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382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290629" w14:textId="77777777" w:rsidR="00C63605" w:rsidRPr="003B4F64" w:rsidRDefault="00C63605" w:rsidP="00746346">
            <w:pPr>
              <w:spacing w:after="0"/>
              <w:rPr>
                <w:lang w:val="pl-PL"/>
              </w:rPr>
            </w:pPr>
          </w:p>
        </w:tc>
        <w:tc>
          <w:tcPr>
            <w:tcW w:w="2835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DE3FFE" w14:textId="77777777" w:rsidR="00C63605" w:rsidRPr="003B4F64" w:rsidRDefault="00C63605" w:rsidP="00746346">
            <w:pPr>
              <w:spacing w:after="0"/>
              <w:rPr>
                <w:lang w:val="pl-PL"/>
              </w:rPr>
            </w:pPr>
          </w:p>
        </w:tc>
        <w:tc>
          <w:tcPr>
            <w:tcW w:w="170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49B8BB" w14:textId="77777777" w:rsidR="00C63605" w:rsidRPr="003B4F64" w:rsidRDefault="00C63605" w:rsidP="00746346">
            <w:pPr>
              <w:spacing w:after="0"/>
              <w:rPr>
                <w:lang w:val="pl-PL"/>
              </w:rPr>
            </w:pPr>
          </w:p>
        </w:tc>
        <w:tc>
          <w:tcPr>
            <w:tcW w:w="1842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40C661" w14:textId="77777777" w:rsidR="00C63605" w:rsidRPr="003B4F64" w:rsidRDefault="00C63605" w:rsidP="00746346">
            <w:pPr>
              <w:spacing w:after="0"/>
              <w:rPr>
                <w:lang w:val="pl-PL"/>
              </w:rPr>
            </w:pPr>
          </w:p>
        </w:tc>
        <w:tc>
          <w:tcPr>
            <w:tcW w:w="292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077F63" w14:textId="77777777" w:rsidR="00C63605" w:rsidRPr="003B4F64" w:rsidRDefault="00C63605" w:rsidP="00746346">
            <w:pPr>
              <w:spacing w:after="0"/>
              <w:rPr>
                <w:lang w:val="pl-PL"/>
              </w:rPr>
            </w:pPr>
          </w:p>
        </w:tc>
      </w:tr>
      <w:tr w:rsidR="00C63605" w:rsidRPr="003B4F64" w14:paraId="754C97B0" w14:textId="77777777" w:rsidTr="00746346">
        <w:trPr>
          <w:trHeight w:val="489"/>
        </w:trPr>
        <w:tc>
          <w:tcPr>
            <w:tcW w:w="760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38C183" w14:textId="77777777" w:rsidR="00C63605" w:rsidRPr="003B4F64" w:rsidRDefault="00C63605" w:rsidP="00746346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382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647BE1" w14:textId="77777777" w:rsidR="00C63605" w:rsidRPr="003B4F64" w:rsidRDefault="00C63605" w:rsidP="00746346">
            <w:pPr>
              <w:spacing w:after="0"/>
              <w:rPr>
                <w:lang w:val="pl-PL"/>
              </w:rPr>
            </w:pPr>
          </w:p>
        </w:tc>
        <w:tc>
          <w:tcPr>
            <w:tcW w:w="2835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F156E9" w14:textId="77777777" w:rsidR="00C63605" w:rsidRPr="003B4F64" w:rsidRDefault="00C63605" w:rsidP="00746346">
            <w:pPr>
              <w:spacing w:after="0"/>
              <w:rPr>
                <w:lang w:val="pl-PL"/>
              </w:rPr>
            </w:pPr>
          </w:p>
        </w:tc>
        <w:tc>
          <w:tcPr>
            <w:tcW w:w="170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9FD8FA" w14:textId="77777777" w:rsidR="00C63605" w:rsidRPr="003B4F64" w:rsidRDefault="00C63605" w:rsidP="00746346">
            <w:pPr>
              <w:spacing w:after="0"/>
              <w:rPr>
                <w:lang w:val="pl-PL"/>
              </w:rPr>
            </w:pPr>
          </w:p>
        </w:tc>
        <w:tc>
          <w:tcPr>
            <w:tcW w:w="1842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53A85D" w14:textId="77777777" w:rsidR="00C63605" w:rsidRPr="003B4F64" w:rsidRDefault="00C63605" w:rsidP="00746346">
            <w:pPr>
              <w:spacing w:after="0"/>
              <w:rPr>
                <w:lang w:val="pl-PL"/>
              </w:rPr>
            </w:pPr>
          </w:p>
        </w:tc>
        <w:tc>
          <w:tcPr>
            <w:tcW w:w="292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6EE4CE" w14:textId="77777777" w:rsidR="00C63605" w:rsidRPr="003B4F64" w:rsidRDefault="00C63605" w:rsidP="00746346">
            <w:pPr>
              <w:spacing w:after="0"/>
              <w:rPr>
                <w:lang w:val="pl-PL"/>
              </w:rPr>
            </w:pPr>
          </w:p>
        </w:tc>
      </w:tr>
      <w:tr w:rsidR="00C63605" w:rsidRPr="003B4F64" w14:paraId="1C35E6F5" w14:textId="77777777" w:rsidTr="00746346">
        <w:trPr>
          <w:trHeight w:val="489"/>
        </w:trPr>
        <w:tc>
          <w:tcPr>
            <w:tcW w:w="760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63CE08" w14:textId="77777777" w:rsidR="00C63605" w:rsidRPr="003B4F64" w:rsidRDefault="00C63605" w:rsidP="00746346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382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E3EA3C" w14:textId="77777777" w:rsidR="00C63605" w:rsidRPr="003B4F64" w:rsidRDefault="00C63605" w:rsidP="00746346">
            <w:pPr>
              <w:spacing w:after="0"/>
              <w:rPr>
                <w:lang w:val="pl-PL"/>
              </w:rPr>
            </w:pPr>
          </w:p>
        </w:tc>
        <w:tc>
          <w:tcPr>
            <w:tcW w:w="2835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9DFE21" w14:textId="77777777" w:rsidR="00C63605" w:rsidRPr="003B4F64" w:rsidRDefault="00C63605" w:rsidP="00746346">
            <w:pPr>
              <w:spacing w:after="0"/>
              <w:rPr>
                <w:lang w:val="pl-PL"/>
              </w:rPr>
            </w:pPr>
          </w:p>
        </w:tc>
        <w:tc>
          <w:tcPr>
            <w:tcW w:w="170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2AF50E" w14:textId="77777777" w:rsidR="00C63605" w:rsidRPr="003B4F64" w:rsidRDefault="00C63605" w:rsidP="00746346">
            <w:pPr>
              <w:spacing w:after="0"/>
              <w:rPr>
                <w:lang w:val="pl-PL"/>
              </w:rPr>
            </w:pPr>
          </w:p>
        </w:tc>
        <w:tc>
          <w:tcPr>
            <w:tcW w:w="1842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07F558" w14:textId="77777777" w:rsidR="00C63605" w:rsidRPr="003B4F64" w:rsidRDefault="00C63605" w:rsidP="00746346">
            <w:pPr>
              <w:spacing w:after="0"/>
              <w:rPr>
                <w:lang w:val="pl-PL"/>
              </w:rPr>
            </w:pPr>
          </w:p>
        </w:tc>
        <w:tc>
          <w:tcPr>
            <w:tcW w:w="292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5C3A4F" w14:textId="77777777" w:rsidR="00C63605" w:rsidRPr="003B4F64" w:rsidRDefault="00C63605" w:rsidP="00746346">
            <w:pPr>
              <w:spacing w:after="0"/>
              <w:rPr>
                <w:lang w:val="pl-PL"/>
              </w:rPr>
            </w:pPr>
          </w:p>
        </w:tc>
      </w:tr>
    </w:tbl>
    <w:p w14:paraId="01A064E0" w14:textId="75C12A27" w:rsidR="00405412" w:rsidRDefault="00405412" w:rsidP="00746346">
      <w:pPr>
        <w:spacing w:after="0"/>
        <w:rPr>
          <w:b/>
          <w:sz w:val="22"/>
          <w:lang w:val="pl-PL"/>
        </w:rPr>
      </w:pPr>
    </w:p>
    <w:p w14:paraId="1D125832" w14:textId="06E812A0" w:rsidR="00306873" w:rsidRPr="00746346" w:rsidRDefault="00000000">
      <w:pPr>
        <w:keepNext/>
        <w:spacing w:before="160" w:after="80"/>
        <w:rPr>
          <w:b/>
          <w:sz w:val="20"/>
          <w:szCs w:val="20"/>
          <w:lang w:val="pl-PL"/>
        </w:rPr>
      </w:pPr>
      <w:r w:rsidRPr="00746346">
        <w:rPr>
          <w:b/>
          <w:sz w:val="20"/>
          <w:szCs w:val="20"/>
          <w:lang w:val="pl-PL"/>
        </w:rPr>
        <w:lastRenderedPageBreak/>
        <w:t>4. Zestawienie finansowe Inwestycji Końcowej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93"/>
        <w:gridCol w:w="1786"/>
        <w:gridCol w:w="1786"/>
        <w:gridCol w:w="1786"/>
        <w:gridCol w:w="1786"/>
        <w:gridCol w:w="1787"/>
      </w:tblGrid>
      <w:tr w:rsidR="003B4F64" w:rsidRPr="003B4F64" w14:paraId="74903DA8" w14:textId="77777777" w:rsidTr="006869FD">
        <w:trPr>
          <w:tblHeader/>
        </w:trPr>
        <w:tc>
          <w:tcPr>
            <w:tcW w:w="5193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CE364D" w14:textId="77777777" w:rsidR="00306873" w:rsidRPr="006869FD" w:rsidRDefault="00000000">
            <w:pPr>
              <w:spacing w:after="0"/>
              <w:jc w:val="center"/>
              <w:rPr>
                <w:color w:val="FFFFFF" w:themeColor="background1"/>
                <w:sz w:val="16"/>
                <w:szCs w:val="24"/>
                <w:lang w:val="pl-PL"/>
              </w:rPr>
            </w:pPr>
            <w:r w:rsidRPr="006869FD">
              <w:rPr>
                <w:b/>
                <w:color w:val="FFFFFF" w:themeColor="background1"/>
                <w:sz w:val="16"/>
                <w:szCs w:val="24"/>
                <w:lang w:val="pl-PL"/>
              </w:rPr>
              <w:t>Kategoria kosztu</w:t>
            </w:r>
          </w:p>
        </w:tc>
        <w:tc>
          <w:tcPr>
            <w:tcW w:w="178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061464" w14:textId="77777777" w:rsidR="00306873" w:rsidRPr="006869FD" w:rsidRDefault="00000000">
            <w:pPr>
              <w:spacing w:after="0"/>
              <w:jc w:val="center"/>
              <w:rPr>
                <w:color w:val="FFFFFF" w:themeColor="background1"/>
                <w:sz w:val="16"/>
                <w:szCs w:val="24"/>
                <w:lang w:val="pl-PL"/>
              </w:rPr>
            </w:pPr>
            <w:r w:rsidRPr="006869FD">
              <w:rPr>
                <w:b/>
                <w:color w:val="FFFFFF" w:themeColor="background1"/>
                <w:sz w:val="16"/>
                <w:szCs w:val="24"/>
                <w:lang w:val="pl-PL"/>
              </w:rPr>
              <w:t>Koszt całkowity (PLN)</w:t>
            </w:r>
          </w:p>
        </w:tc>
        <w:tc>
          <w:tcPr>
            <w:tcW w:w="178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493A29" w14:textId="77777777" w:rsidR="00306873" w:rsidRPr="006869FD" w:rsidRDefault="00000000">
            <w:pPr>
              <w:spacing w:after="0"/>
              <w:jc w:val="center"/>
              <w:rPr>
                <w:color w:val="FFFFFF" w:themeColor="background1"/>
                <w:sz w:val="16"/>
                <w:szCs w:val="24"/>
                <w:lang w:val="pl-PL"/>
              </w:rPr>
            </w:pPr>
            <w:r w:rsidRPr="006869FD">
              <w:rPr>
                <w:b/>
                <w:color w:val="FFFFFF" w:themeColor="background1"/>
                <w:sz w:val="16"/>
                <w:szCs w:val="24"/>
                <w:lang w:val="pl-PL"/>
              </w:rPr>
              <w:t>z Jednostkowej Pożyczki (PLN)</w:t>
            </w:r>
          </w:p>
        </w:tc>
        <w:tc>
          <w:tcPr>
            <w:tcW w:w="178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491E39" w14:textId="77777777" w:rsidR="00306873" w:rsidRPr="006869FD" w:rsidRDefault="00000000">
            <w:pPr>
              <w:spacing w:after="0"/>
              <w:jc w:val="center"/>
              <w:rPr>
                <w:color w:val="FFFFFF" w:themeColor="background1"/>
                <w:sz w:val="16"/>
                <w:szCs w:val="24"/>
                <w:lang w:val="pl-PL"/>
              </w:rPr>
            </w:pPr>
            <w:r w:rsidRPr="006869FD">
              <w:rPr>
                <w:b/>
                <w:color w:val="FFFFFF" w:themeColor="background1"/>
                <w:sz w:val="16"/>
                <w:szCs w:val="24"/>
                <w:lang w:val="pl-PL"/>
              </w:rPr>
              <w:t>środki własne (PLN)</w:t>
            </w:r>
          </w:p>
        </w:tc>
        <w:tc>
          <w:tcPr>
            <w:tcW w:w="178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1936C4" w14:textId="77777777" w:rsidR="00306873" w:rsidRPr="006869FD" w:rsidRDefault="00000000">
            <w:pPr>
              <w:spacing w:after="0"/>
              <w:jc w:val="center"/>
              <w:rPr>
                <w:color w:val="FFFFFF" w:themeColor="background1"/>
                <w:sz w:val="16"/>
                <w:szCs w:val="24"/>
                <w:lang w:val="pl-PL"/>
              </w:rPr>
            </w:pPr>
            <w:r w:rsidRPr="006869FD">
              <w:rPr>
                <w:b/>
                <w:color w:val="FFFFFF" w:themeColor="background1"/>
                <w:sz w:val="16"/>
                <w:szCs w:val="24"/>
                <w:lang w:val="pl-PL"/>
              </w:rPr>
              <w:t>inne źródła (PLN)</w:t>
            </w:r>
          </w:p>
        </w:tc>
        <w:tc>
          <w:tcPr>
            <w:tcW w:w="1787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56D0AC" w14:textId="6E2AE913" w:rsidR="00306873" w:rsidRPr="006869FD" w:rsidRDefault="00000000">
            <w:pPr>
              <w:spacing w:after="0"/>
              <w:jc w:val="center"/>
              <w:rPr>
                <w:color w:val="FFFFFF" w:themeColor="background1"/>
                <w:sz w:val="16"/>
                <w:szCs w:val="24"/>
                <w:lang w:val="pl-PL"/>
              </w:rPr>
            </w:pPr>
            <w:r w:rsidRPr="006869FD">
              <w:rPr>
                <w:b/>
                <w:color w:val="FFFFFF" w:themeColor="background1"/>
                <w:sz w:val="16"/>
                <w:szCs w:val="24"/>
                <w:lang w:val="pl-PL"/>
              </w:rPr>
              <w:t>% J</w:t>
            </w:r>
            <w:r w:rsidR="001646FD" w:rsidRPr="006869FD">
              <w:rPr>
                <w:b/>
                <w:color w:val="FFFFFF" w:themeColor="background1"/>
                <w:sz w:val="16"/>
                <w:szCs w:val="24"/>
                <w:lang w:val="pl-PL"/>
              </w:rPr>
              <w:t>ednostkowej Pożyczki</w:t>
            </w:r>
          </w:p>
        </w:tc>
      </w:tr>
      <w:tr w:rsidR="003B4F64" w:rsidRPr="003B4F64" w14:paraId="0E13FD9B" w14:textId="77777777" w:rsidTr="006869FD">
        <w:tc>
          <w:tcPr>
            <w:tcW w:w="5193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9A5ACE" w14:textId="74C1A645" w:rsidR="00306873" w:rsidRPr="006869FD" w:rsidRDefault="00000000">
            <w:pPr>
              <w:spacing w:after="0"/>
              <w:rPr>
                <w:sz w:val="16"/>
                <w:szCs w:val="16"/>
                <w:lang w:val="pl-PL"/>
              </w:rPr>
            </w:pPr>
            <w:r w:rsidRPr="006869FD">
              <w:rPr>
                <w:sz w:val="16"/>
                <w:szCs w:val="16"/>
                <w:lang w:val="pl-PL"/>
              </w:rPr>
              <w:t xml:space="preserve">I. </w:t>
            </w:r>
            <w:r w:rsidR="006869FD">
              <w:rPr>
                <w:sz w:val="16"/>
                <w:szCs w:val="16"/>
                <w:lang w:val="pl-PL"/>
              </w:rPr>
              <w:t>Wydatki związane z realizacją inwestycji</w:t>
            </w:r>
          </w:p>
        </w:tc>
        <w:tc>
          <w:tcPr>
            <w:tcW w:w="178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9A6595" w14:textId="77777777" w:rsidR="00306873" w:rsidRPr="003B4F64" w:rsidRDefault="00306873" w:rsidP="006869FD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178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37C950" w14:textId="77777777" w:rsidR="00306873" w:rsidRPr="003B4F64" w:rsidRDefault="00306873" w:rsidP="006869FD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178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32E724" w14:textId="77777777" w:rsidR="00306873" w:rsidRPr="003B4F64" w:rsidRDefault="00306873" w:rsidP="006869FD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178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DA2B30" w14:textId="77777777" w:rsidR="00306873" w:rsidRPr="003B4F64" w:rsidRDefault="00306873" w:rsidP="006869FD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1787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B7CBD9" w14:textId="77777777" w:rsidR="00306873" w:rsidRPr="003B4F64" w:rsidRDefault="00306873" w:rsidP="006869FD">
            <w:pPr>
              <w:spacing w:after="0"/>
              <w:jc w:val="right"/>
              <w:rPr>
                <w:lang w:val="pl-PL"/>
              </w:rPr>
            </w:pPr>
          </w:p>
        </w:tc>
      </w:tr>
      <w:tr w:rsidR="003B4F64" w:rsidRPr="003B4F64" w14:paraId="1A899581" w14:textId="77777777" w:rsidTr="006869FD">
        <w:tc>
          <w:tcPr>
            <w:tcW w:w="5193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F4D882" w14:textId="396FE3CA" w:rsidR="00306873" w:rsidRPr="006869FD" w:rsidRDefault="00000000">
            <w:pPr>
              <w:spacing w:after="0"/>
              <w:rPr>
                <w:sz w:val="16"/>
                <w:szCs w:val="16"/>
                <w:lang w:val="pl-PL"/>
              </w:rPr>
            </w:pPr>
            <w:r w:rsidRPr="006869FD">
              <w:rPr>
                <w:sz w:val="16"/>
                <w:szCs w:val="16"/>
                <w:lang w:val="pl-PL"/>
              </w:rPr>
              <w:t xml:space="preserve">II. </w:t>
            </w:r>
            <w:r w:rsidR="006869FD">
              <w:rPr>
                <w:sz w:val="16"/>
                <w:szCs w:val="16"/>
                <w:lang w:val="pl-PL"/>
              </w:rPr>
              <w:t>Wydatki obrotowe</w:t>
            </w:r>
          </w:p>
        </w:tc>
        <w:tc>
          <w:tcPr>
            <w:tcW w:w="178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22CBB7" w14:textId="77777777" w:rsidR="00306873" w:rsidRPr="003B4F64" w:rsidRDefault="00306873" w:rsidP="006869FD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178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EE192D" w14:textId="77777777" w:rsidR="00306873" w:rsidRPr="003B4F64" w:rsidRDefault="00306873" w:rsidP="006869FD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178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48AA30" w14:textId="77777777" w:rsidR="00306873" w:rsidRPr="003B4F64" w:rsidRDefault="00306873" w:rsidP="006869FD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178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B5E148" w14:textId="77777777" w:rsidR="00306873" w:rsidRPr="003B4F64" w:rsidRDefault="00306873" w:rsidP="006869FD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1787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906BF0" w14:textId="77777777" w:rsidR="00306873" w:rsidRPr="003B4F64" w:rsidRDefault="00306873" w:rsidP="006869FD">
            <w:pPr>
              <w:spacing w:after="0"/>
              <w:jc w:val="right"/>
              <w:rPr>
                <w:lang w:val="pl-PL"/>
              </w:rPr>
            </w:pPr>
          </w:p>
        </w:tc>
      </w:tr>
      <w:tr w:rsidR="003B4F64" w:rsidRPr="003B4F64" w14:paraId="2C660559" w14:textId="77777777" w:rsidTr="006869FD">
        <w:tc>
          <w:tcPr>
            <w:tcW w:w="5193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219C8C" w14:textId="77777777" w:rsidR="00306873" w:rsidRPr="006869FD" w:rsidRDefault="00000000">
            <w:pPr>
              <w:spacing w:after="0"/>
              <w:rPr>
                <w:sz w:val="16"/>
                <w:szCs w:val="16"/>
                <w:lang w:val="pl-PL"/>
              </w:rPr>
            </w:pPr>
            <w:r w:rsidRPr="006869FD">
              <w:rPr>
                <w:b/>
                <w:sz w:val="16"/>
                <w:szCs w:val="16"/>
                <w:lang w:val="pl-PL"/>
              </w:rPr>
              <w:t>RAZEM wydatki kwalifikowalne</w:t>
            </w:r>
          </w:p>
        </w:tc>
        <w:tc>
          <w:tcPr>
            <w:tcW w:w="178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7F6F89" w14:textId="77777777" w:rsidR="00306873" w:rsidRPr="003B4F64" w:rsidRDefault="00306873" w:rsidP="006869FD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178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E6E251" w14:textId="77777777" w:rsidR="00306873" w:rsidRPr="003B4F64" w:rsidRDefault="00306873" w:rsidP="006869FD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178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850788" w14:textId="77777777" w:rsidR="00306873" w:rsidRPr="003B4F64" w:rsidRDefault="00306873" w:rsidP="006869FD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178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7EB889" w14:textId="77777777" w:rsidR="00306873" w:rsidRPr="003B4F64" w:rsidRDefault="00306873" w:rsidP="006869FD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1787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7A283A" w14:textId="77777777" w:rsidR="00306873" w:rsidRPr="003B4F64" w:rsidRDefault="00306873" w:rsidP="006869FD">
            <w:pPr>
              <w:spacing w:after="0"/>
              <w:jc w:val="right"/>
              <w:rPr>
                <w:lang w:val="pl-PL"/>
              </w:rPr>
            </w:pPr>
          </w:p>
        </w:tc>
      </w:tr>
      <w:tr w:rsidR="003B4F64" w:rsidRPr="003B4F64" w14:paraId="31933E4F" w14:textId="77777777" w:rsidTr="006869FD">
        <w:tc>
          <w:tcPr>
            <w:tcW w:w="5193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E7FDB9" w14:textId="77777777" w:rsidR="00306873" w:rsidRPr="006869FD" w:rsidRDefault="00000000">
            <w:pPr>
              <w:spacing w:after="0"/>
              <w:rPr>
                <w:sz w:val="16"/>
                <w:szCs w:val="16"/>
                <w:lang w:val="pl-PL"/>
              </w:rPr>
            </w:pPr>
            <w:r w:rsidRPr="006869FD">
              <w:rPr>
                <w:sz w:val="16"/>
                <w:szCs w:val="16"/>
                <w:lang w:val="pl-PL"/>
              </w:rPr>
              <w:t>Wydatki niekwalifikowalne – finansowane poza Jednostkową Pożyczką</w:t>
            </w:r>
          </w:p>
        </w:tc>
        <w:tc>
          <w:tcPr>
            <w:tcW w:w="178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FD8C9B" w14:textId="77777777" w:rsidR="00306873" w:rsidRPr="003B4F64" w:rsidRDefault="00306873" w:rsidP="006869FD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178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07ED74" w14:textId="77777777" w:rsidR="00306873" w:rsidRPr="003B4F64" w:rsidRDefault="00306873" w:rsidP="006869FD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178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2D3821" w14:textId="77777777" w:rsidR="00306873" w:rsidRPr="003B4F64" w:rsidRDefault="00306873" w:rsidP="006869FD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178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CF44A5" w14:textId="77777777" w:rsidR="00306873" w:rsidRPr="003B4F64" w:rsidRDefault="00306873" w:rsidP="006869FD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1787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89551E" w14:textId="77777777" w:rsidR="00306873" w:rsidRPr="003B4F64" w:rsidRDefault="00306873" w:rsidP="006869FD">
            <w:pPr>
              <w:spacing w:after="0"/>
              <w:jc w:val="right"/>
              <w:rPr>
                <w:lang w:val="pl-PL"/>
              </w:rPr>
            </w:pPr>
          </w:p>
        </w:tc>
      </w:tr>
      <w:tr w:rsidR="003B4F64" w:rsidRPr="003B4F64" w14:paraId="709F7028" w14:textId="77777777" w:rsidTr="006869FD">
        <w:tc>
          <w:tcPr>
            <w:tcW w:w="5193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CA3171" w14:textId="77777777" w:rsidR="00306873" w:rsidRPr="006869FD" w:rsidRDefault="00000000">
            <w:pPr>
              <w:spacing w:after="0"/>
              <w:rPr>
                <w:sz w:val="16"/>
                <w:szCs w:val="16"/>
                <w:lang w:val="pl-PL"/>
              </w:rPr>
            </w:pPr>
            <w:r w:rsidRPr="006869FD">
              <w:rPr>
                <w:b/>
                <w:sz w:val="16"/>
                <w:szCs w:val="16"/>
                <w:lang w:val="pl-PL"/>
              </w:rPr>
              <w:t>RAZEM KOSZT INWESTYCJI KOŃCOWEJ</w:t>
            </w:r>
          </w:p>
        </w:tc>
        <w:tc>
          <w:tcPr>
            <w:tcW w:w="178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D7A698" w14:textId="77777777" w:rsidR="00306873" w:rsidRPr="003B4F64" w:rsidRDefault="00306873" w:rsidP="006869FD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178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1F20D0" w14:textId="77777777" w:rsidR="00306873" w:rsidRPr="003B4F64" w:rsidRDefault="00306873" w:rsidP="006869FD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178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3A8E53" w14:textId="77777777" w:rsidR="00306873" w:rsidRPr="003B4F64" w:rsidRDefault="00306873" w:rsidP="006869FD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178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72D9EC" w14:textId="77777777" w:rsidR="00306873" w:rsidRPr="003B4F64" w:rsidRDefault="00306873" w:rsidP="006869FD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1787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1F0F6D" w14:textId="77777777" w:rsidR="00306873" w:rsidRPr="003B4F64" w:rsidRDefault="00306873" w:rsidP="006869FD">
            <w:pPr>
              <w:spacing w:after="0"/>
              <w:jc w:val="right"/>
              <w:rPr>
                <w:lang w:val="pl-PL"/>
              </w:rPr>
            </w:pPr>
          </w:p>
        </w:tc>
      </w:tr>
      <w:tr w:rsidR="003B4F64" w:rsidRPr="003B4F64" w14:paraId="75183A40" w14:textId="77777777" w:rsidTr="006869FD">
        <w:tc>
          <w:tcPr>
            <w:tcW w:w="14124" w:type="dxa"/>
            <w:gridSpan w:val="6"/>
            <w:tcBorders>
              <w:top w:val="single" w:sz="6" w:space="0" w:color="B7C9C1"/>
              <w:left w:val="single" w:sz="6" w:space="0" w:color="B7C9C1"/>
              <w:bottom w:val="single" w:sz="6" w:space="0" w:color="B7C9C1"/>
              <w:right w:val="single" w:sz="6" w:space="0" w:color="B7C9C1"/>
            </w:tcBorders>
            <w:shd w:val="clear" w:color="auto" w:fill="FFF2C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9EAB23" w14:textId="1D15C24B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sz w:val="16"/>
                <w:lang w:val="pl-PL"/>
              </w:rPr>
              <w:t xml:space="preserve">Kontrola: wartość kategorii II finansowana z Jednostkowej Pożyczki nie może przekroczyć </w:t>
            </w:r>
            <w:r w:rsidR="006869FD">
              <w:rPr>
                <w:sz w:val="16"/>
                <w:lang w:val="pl-PL"/>
              </w:rPr>
              <w:t>2</w:t>
            </w:r>
            <w:r w:rsidRPr="003B4F64">
              <w:rPr>
                <w:sz w:val="16"/>
                <w:lang w:val="pl-PL"/>
              </w:rPr>
              <w:t xml:space="preserve">5% kwoty Jednostkowej Pożyczki. Kwoty i kategorie kosztów muszą być zgodne </w:t>
            </w:r>
            <w:r w:rsidR="006869FD">
              <w:rPr>
                <w:sz w:val="16"/>
                <w:lang w:val="pl-PL"/>
              </w:rPr>
              <w:t>z arkuszem „Koszty” Wniosku o pożyczkę</w:t>
            </w:r>
            <w:r w:rsidRPr="003B4F64">
              <w:rPr>
                <w:sz w:val="16"/>
                <w:lang w:val="pl-PL"/>
              </w:rPr>
              <w:t>, Analizą</w:t>
            </w:r>
            <w:r w:rsidR="006869FD">
              <w:rPr>
                <w:sz w:val="16"/>
                <w:lang w:val="pl-PL"/>
              </w:rPr>
              <w:t xml:space="preserve"> / Audytem </w:t>
            </w:r>
            <w:r w:rsidRPr="003B4F64">
              <w:rPr>
                <w:sz w:val="16"/>
                <w:lang w:val="pl-PL"/>
              </w:rPr>
              <w:t xml:space="preserve">oraz warunkami Umowy </w:t>
            </w:r>
            <w:r w:rsidR="006869FD">
              <w:rPr>
                <w:sz w:val="16"/>
                <w:lang w:val="pl-PL"/>
              </w:rPr>
              <w:t>p</w:t>
            </w:r>
            <w:r w:rsidRPr="003B4F64">
              <w:rPr>
                <w:sz w:val="16"/>
                <w:lang w:val="pl-PL"/>
              </w:rPr>
              <w:t>ożyczki.</w:t>
            </w:r>
          </w:p>
        </w:tc>
      </w:tr>
    </w:tbl>
    <w:p w14:paraId="3D7F8F9A" w14:textId="77777777" w:rsidR="00306873" w:rsidRPr="003B4F64" w:rsidRDefault="00306873">
      <w:pPr>
        <w:spacing w:after="0"/>
        <w:rPr>
          <w:lang w:val="pl-PL"/>
        </w:rPr>
      </w:pPr>
    </w:p>
    <w:p w14:paraId="73D84869" w14:textId="77777777" w:rsidR="00306873" w:rsidRPr="006869FD" w:rsidRDefault="00000000">
      <w:pPr>
        <w:keepNext/>
        <w:spacing w:before="160" w:after="80"/>
        <w:rPr>
          <w:sz w:val="16"/>
          <w:szCs w:val="20"/>
          <w:lang w:val="pl-PL"/>
        </w:rPr>
      </w:pPr>
      <w:r w:rsidRPr="006869FD">
        <w:rPr>
          <w:b/>
          <w:sz w:val="20"/>
          <w:szCs w:val="20"/>
          <w:lang w:val="pl-PL"/>
        </w:rPr>
        <w:t>5. Szczegółowy harmonogram rzeczowo-finansowy</w:t>
      </w:r>
    </w:p>
    <w:p w14:paraId="4B5EE8B1" w14:textId="751F1AAA" w:rsidR="00306873" w:rsidRPr="003B4F64" w:rsidRDefault="00000000">
      <w:pPr>
        <w:rPr>
          <w:lang w:val="pl-PL"/>
        </w:rPr>
      </w:pPr>
      <w:r w:rsidRPr="003B4F64">
        <w:rPr>
          <w:sz w:val="16"/>
          <w:lang w:val="pl-PL"/>
        </w:rPr>
        <w:t>Dla każdego etapu należy wskazać rzeczywisty zakres rzeczowy</w:t>
      </w:r>
      <w:r w:rsidR="005025A2">
        <w:rPr>
          <w:sz w:val="16"/>
          <w:lang w:val="pl-PL"/>
        </w:rPr>
        <w:t xml:space="preserve"> </w:t>
      </w:r>
      <w:r w:rsidRPr="003B4F64">
        <w:rPr>
          <w:sz w:val="16"/>
          <w:lang w:val="pl-PL"/>
        </w:rPr>
        <w:t>oraz planowane daty realizacji. Wiersze można powielać odpowiednio do potrzeb Inwestycji Końcowej.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41"/>
        <w:gridCol w:w="1578"/>
        <w:gridCol w:w="4951"/>
        <w:gridCol w:w="1418"/>
        <w:gridCol w:w="1276"/>
        <w:gridCol w:w="1666"/>
        <w:gridCol w:w="2494"/>
      </w:tblGrid>
      <w:tr w:rsidR="00D37D14" w:rsidRPr="003B4F64" w14:paraId="740D4A27" w14:textId="77777777" w:rsidTr="006869FD">
        <w:trPr>
          <w:tblHeader/>
        </w:trPr>
        <w:tc>
          <w:tcPr>
            <w:tcW w:w="74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11B495" w14:textId="77777777" w:rsidR="00D37D14" w:rsidRPr="006869FD" w:rsidRDefault="00D37D14">
            <w:pPr>
              <w:spacing w:after="0"/>
              <w:jc w:val="center"/>
              <w:rPr>
                <w:color w:val="FFFFFF" w:themeColor="background1"/>
                <w:sz w:val="16"/>
                <w:szCs w:val="16"/>
                <w:lang w:val="pl-PL"/>
              </w:rPr>
            </w:pPr>
            <w:r w:rsidRPr="006869FD">
              <w:rPr>
                <w:b/>
                <w:color w:val="FFFFFF" w:themeColor="background1"/>
                <w:sz w:val="16"/>
                <w:szCs w:val="16"/>
                <w:lang w:val="pl-PL"/>
              </w:rPr>
              <w:t>Lp.</w:t>
            </w:r>
          </w:p>
        </w:tc>
        <w:tc>
          <w:tcPr>
            <w:tcW w:w="15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58CEFE" w14:textId="386CF5AD" w:rsidR="00D37D14" w:rsidRPr="006869FD" w:rsidRDefault="00D37D14">
            <w:pPr>
              <w:spacing w:after="0"/>
              <w:jc w:val="center"/>
              <w:rPr>
                <w:color w:val="FFFFFF" w:themeColor="background1"/>
                <w:sz w:val="16"/>
                <w:szCs w:val="16"/>
                <w:lang w:val="pl-PL"/>
              </w:rPr>
            </w:pPr>
            <w:r w:rsidRPr="006869FD">
              <w:rPr>
                <w:b/>
                <w:color w:val="FFFFFF" w:themeColor="background1"/>
                <w:sz w:val="16"/>
                <w:szCs w:val="16"/>
                <w:lang w:val="pl-PL"/>
              </w:rPr>
              <w:t>Kategoria kosztu (I/II/</w:t>
            </w:r>
            <w:r w:rsidR="005025A2" w:rsidRPr="006869FD">
              <w:rPr>
                <w:b/>
                <w:color w:val="FFFFFF" w:themeColor="background1"/>
                <w:sz w:val="16"/>
                <w:szCs w:val="16"/>
                <w:lang w:val="pl-PL"/>
              </w:rPr>
              <w:t>N</w:t>
            </w:r>
            <w:r w:rsidRPr="006869FD">
              <w:rPr>
                <w:b/>
                <w:color w:val="FFFFFF" w:themeColor="background1"/>
                <w:sz w:val="16"/>
                <w:szCs w:val="16"/>
                <w:lang w:val="pl-PL"/>
              </w:rPr>
              <w:t>)</w:t>
            </w:r>
          </w:p>
        </w:tc>
        <w:tc>
          <w:tcPr>
            <w:tcW w:w="495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09A5F6" w14:textId="77777777" w:rsidR="00D37D14" w:rsidRPr="006869FD" w:rsidRDefault="00D37D14">
            <w:pPr>
              <w:spacing w:after="0"/>
              <w:jc w:val="center"/>
              <w:rPr>
                <w:color w:val="FFFFFF" w:themeColor="background1"/>
                <w:sz w:val="16"/>
                <w:szCs w:val="16"/>
                <w:lang w:val="pl-PL"/>
              </w:rPr>
            </w:pPr>
            <w:r w:rsidRPr="006869FD">
              <w:rPr>
                <w:b/>
                <w:color w:val="FFFFFF" w:themeColor="background1"/>
                <w:sz w:val="16"/>
                <w:szCs w:val="16"/>
                <w:lang w:val="pl-PL"/>
              </w:rPr>
              <w:t>Zakres rzeczowy / etap / wydatek</w:t>
            </w:r>
          </w:p>
        </w:tc>
        <w:tc>
          <w:tcPr>
            <w:tcW w:w="141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010C6F" w14:textId="77777777" w:rsidR="00D37D14" w:rsidRPr="006869FD" w:rsidRDefault="00D37D14">
            <w:pPr>
              <w:spacing w:after="0"/>
              <w:jc w:val="center"/>
              <w:rPr>
                <w:color w:val="FFFFFF" w:themeColor="background1"/>
                <w:sz w:val="16"/>
                <w:szCs w:val="16"/>
                <w:lang w:val="pl-PL"/>
              </w:rPr>
            </w:pPr>
            <w:r w:rsidRPr="006869FD">
              <w:rPr>
                <w:b/>
                <w:color w:val="FFFFFF" w:themeColor="background1"/>
                <w:sz w:val="16"/>
                <w:szCs w:val="16"/>
                <w:lang w:val="pl-PL"/>
              </w:rPr>
              <w:t>Start</w:t>
            </w:r>
          </w:p>
        </w:tc>
        <w:tc>
          <w:tcPr>
            <w:tcW w:w="127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46EC06" w14:textId="77777777" w:rsidR="00D37D14" w:rsidRPr="006869FD" w:rsidRDefault="00D37D14">
            <w:pPr>
              <w:spacing w:after="0"/>
              <w:jc w:val="center"/>
              <w:rPr>
                <w:color w:val="FFFFFF" w:themeColor="background1"/>
                <w:sz w:val="16"/>
                <w:szCs w:val="16"/>
                <w:lang w:val="pl-PL"/>
              </w:rPr>
            </w:pPr>
            <w:r w:rsidRPr="006869FD">
              <w:rPr>
                <w:b/>
                <w:color w:val="FFFFFF" w:themeColor="background1"/>
                <w:sz w:val="16"/>
                <w:szCs w:val="16"/>
                <w:lang w:val="pl-PL"/>
              </w:rPr>
              <w:t>Koniec</w:t>
            </w:r>
          </w:p>
        </w:tc>
        <w:tc>
          <w:tcPr>
            <w:tcW w:w="166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D952A9" w14:textId="5DD5DF28" w:rsidR="00D37D14" w:rsidRPr="006869FD" w:rsidRDefault="00D37D14">
            <w:pPr>
              <w:spacing w:after="0"/>
              <w:jc w:val="center"/>
              <w:rPr>
                <w:color w:val="FFFFFF" w:themeColor="background1"/>
                <w:sz w:val="16"/>
                <w:szCs w:val="16"/>
                <w:lang w:val="pl-PL"/>
              </w:rPr>
            </w:pPr>
            <w:r w:rsidRPr="006869FD">
              <w:rPr>
                <w:b/>
                <w:color w:val="FFFFFF" w:themeColor="background1"/>
                <w:sz w:val="16"/>
                <w:szCs w:val="16"/>
                <w:lang w:val="pl-PL"/>
              </w:rPr>
              <w:t>Planowana zapłata</w:t>
            </w:r>
          </w:p>
        </w:tc>
        <w:tc>
          <w:tcPr>
            <w:tcW w:w="2494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44E4E0" w14:textId="70DEF658" w:rsidR="00D37D14" w:rsidRPr="006869FD" w:rsidRDefault="00D37D14">
            <w:pPr>
              <w:spacing w:after="0"/>
              <w:jc w:val="center"/>
              <w:rPr>
                <w:color w:val="FFFFFF" w:themeColor="background1"/>
                <w:sz w:val="16"/>
                <w:szCs w:val="16"/>
                <w:lang w:val="pl-PL"/>
              </w:rPr>
            </w:pPr>
            <w:r w:rsidRPr="006869FD">
              <w:rPr>
                <w:b/>
                <w:color w:val="FFFFFF" w:themeColor="background1"/>
                <w:sz w:val="16"/>
                <w:szCs w:val="16"/>
                <w:lang w:val="pl-PL"/>
              </w:rPr>
              <w:t xml:space="preserve">Uwagi </w:t>
            </w:r>
          </w:p>
        </w:tc>
      </w:tr>
      <w:tr w:rsidR="00D37D14" w:rsidRPr="003B4F64" w14:paraId="2FB391E1" w14:textId="77777777" w:rsidTr="006869FD">
        <w:trPr>
          <w:trHeight w:val="460"/>
        </w:trPr>
        <w:tc>
          <w:tcPr>
            <w:tcW w:w="74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3CE29FC5" w14:textId="77777777" w:rsidR="00D37D14" w:rsidRPr="003B4F64" w:rsidRDefault="00D37D14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sz w:val="14"/>
                <w:lang w:val="pl-PL"/>
              </w:rPr>
              <w:t>1</w:t>
            </w:r>
          </w:p>
        </w:tc>
        <w:tc>
          <w:tcPr>
            <w:tcW w:w="15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03AD2D48" w14:textId="77777777" w:rsidR="00D37D14" w:rsidRPr="003B4F64" w:rsidRDefault="00D37D14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495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25AEDF7A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41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091677F2" w14:textId="77777777" w:rsidR="00D37D14" w:rsidRPr="003B4F64" w:rsidRDefault="00D37D14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3E04304B" w14:textId="77777777" w:rsidR="00D37D14" w:rsidRPr="003B4F64" w:rsidRDefault="00D37D14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166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41BD7B9F" w14:textId="77777777" w:rsidR="00D37D14" w:rsidRPr="003B4F64" w:rsidRDefault="00D37D14" w:rsidP="006869FD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2494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1D3C5C74" w14:textId="77777777" w:rsidR="00D37D14" w:rsidRPr="003B4F64" w:rsidRDefault="00D37D14" w:rsidP="006869FD">
            <w:pPr>
              <w:spacing w:after="0"/>
              <w:rPr>
                <w:lang w:val="pl-PL"/>
              </w:rPr>
            </w:pPr>
          </w:p>
        </w:tc>
      </w:tr>
      <w:tr w:rsidR="00D37D14" w:rsidRPr="003B4F64" w14:paraId="1642F024" w14:textId="77777777" w:rsidTr="006869FD">
        <w:trPr>
          <w:trHeight w:val="460"/>
        </w:trPr>
        <w:tc>
          <w:tcPr>
            <w:tcW w:w="74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16F02002" w14:textId="77777777" w:rsidR="00D37D14" w:rsidRPr="003B4F64" w:rsidRDefault="00D37D14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sz w:val="14"/>
                <w:lang w:val="pl-PL"/>
              </w:rPr>
              <w:t>2</w:t>
            </w:r>
          </w:p>
        </w:tc>
        <w:tc>
          <w:tcPr>
            <w:tcW w:w="15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0ADC2FB1" w14:textId="77777777" w:rsidR="00D37D14" w:rsidRPr="003B4F64" w:rsidRDefault="00D37D14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495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3C1E41C3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41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45E195C5" w14:textId="77777777" w:rsidR="00D37D14" w:rsidRPr="003B4F64" w:rsidRDefault="00D37D14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7A3B8160" w14:textId="77777777" w:rsidR="00D37D14" w:rsidRPr="003B4F64" w:rsidRDefault="00D37D14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166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57DF45C5" w14:textId="77777777" w:rsidR="00D37D14" w:rsidRPr="003B4F64" w:rsidRDefault="00D37D14" w:rsidP="006869FD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2494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2B84872F" w14:textId="77777777" w:rsidR="00D37D14" w:rsidRPr="003B4F64" w:rsidRDefault="00D37D14" w:rsidP="006869FD">
            <w:pPr>
              <w:spacing w:after="0"/>
              <w:rPr>
                <w:lang w:val="pl-PL"/>
              </w:rPr>
            </w:pPr>
          </w:p>
        </w:tc>
      </w:tr>
      <w:tr w:rsidR="00D37D14" w:rsidRPr="003B4F64" w14:paraId="77162F7A" w14:textId="77777777" w:rsidTr="006869FD">
        <w:trPr>
          <w:trHeight w:val="460"/>
        </w:trPr>
        <w:tc>
          <w:tcPr>
            <w:tcW w:w="74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2103554B" w14:textId="77777777" w:rsidR="00D37D14" w:rsidRPr="003B4F64" w:rsidRDefault="00D37D14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sz w:val="14"/>
                <w:lang w:val="pl-PL"/>
              </w:rPr>
              <w:t>3</w:t>
            </w:r>
          </w:p>
        </w:tc>
        <w:tc>
          <w:tcPr>
            <w:tcW w:w="15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50ADABC7" w14:textId="77777777" w:rsidR="00D37D14" w:rsidRPr="003B4F64" w:rsidRDefault="00D37D14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495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31A3D8D8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41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0F61CF5D" w14:textId="77777777" w:rsidR="00D37D14" w:rsidRPr="003B4F64" w:rsidRDefault="00D37D14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365CDAE8" w14:textId="77777777" w:rsidR="00D37D14" w:rsidRPr="003B4F64" w:rsidRDefault="00D37D14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166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2346D1FF" w14:textId="77777777" w:rsidR="00D37D14" w:rsidRPr="003B4F64" w:rsidRDefault="00D37D14" w:rsidP="006869FD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2494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6EF2E3B3" w14:textId="77777777" w:rsidR="00D37D14" w:rsidRPr="003B4F64" w:rsidRDefault="00D37D14" w:rsidP="006869FD">
            <w:pPr>
              <w:spacing w:after="0"/>
              <w:rPr>
                <w:lang w:val="pl-PL"/>
              </w:rPr>
            </w:pPr>
          </w:p>
        </w:tc>
      </w:tr>
      <w:tr w:rsidR="00D37D14" w:rsidRPr="003B4F64" w14:paraId="50808520" w14:textId="77777777" w:rsidTr="006869FD">
        <w:trPr>
          <w:trHeight w:val="460"/>
        </w:trPr>
        <w:tc>
          <w:tcPr>
            <w:tcW w:w="74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2928596D" w14:textId="77777777" w:rsidR="00D37D14" w:rsidRPr="003B4F64" w:rsidRDefault="00D37D14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sz w:val="14"/>
                <w:lang w:val="pl-PL"/>
              </w:rPr>
              <w:t>4</w:t>
            </w:r>
          </w:p>
        </w:tc>
        <w:tc>
          <w:tcPr>
            <w:tcW w:w="15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495FA204" w14:textId="77777777" w:rsidR="00D37D14" w:rsidRPr="003B4F64" w:rsidRDefault="00D37D14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495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74D7596D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41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0A27AE07" w14:textId="77777777" w:rsidR="00D37D14" w:rsidRPr="003B4F64" w:rsidRDefault="00D37D14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2F4BF160" w14:textId="77777777" w:rsidR="00D37D14" w:rsidRPr="003B4F64" w:rsidRDefault="00D37D14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166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0F77B782" w14:textId="77777777" w:rsidR="00D37D14" w:rsidRPr="003B4F64" w:rsidRDefault="00D37D14" w:rsidP="006869FD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2494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7EC7C293" w14:textId="77777777" w:rsidR="00D37D14" w:rsidRPr="003B4F64" w:rsidRDefault="00D37D14" w:rsidP="006869FD">
            <w:pPr>
              <w:spacing w:after="0"/>
              <w:rPr>
                <w:lang w:val="pl-PL"/>
              </w:rPr>
            </w:pPr>
          </w:p>
        </w:tc>
      </w:tr>
      <w:tr w:rsidR="00D37D14" w:rsidRPr="003B4F64" w14:paraId="4617F8AA" w14:textId="77777777" w:rsidTr="006869FD">
        <w:trPr>
          <w:trHeight w:val="460"/>
        </w:trPr>
        <w:tc>
          <w:tcPr>
            <w:tcW w:w="74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6D80030D" w14:textId="77777777" w:rsidR="00D37D14" w:rsidRPr="003B4F64" w:rsidRDefault="00D37D14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sz w:val="14"/>
                <w:lang w:val="pl-PL"/>
              </w:rPr>
              <w:t>5</w:t>
            </w:r>
          </w:p>
        </w:tc>
        <w:tc>
          <w:tcPr>
            <w:tcW w:w="15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5C416916" w14:textId="77777777" w:rsidR="00D37D14" w:rsidRPr="003B4F64" w:rsidRDefault="00D37D14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495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546965BB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41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4EFB5B7A" w14:textId="77777777" w:rsidR="00D37D14" w:rsidRPr="003B4F64" w:rsidRDefault="00D37D14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1BF1488A" w14:textId="77777777" w:rsidR="00D37D14" w:rsidRPr="003B4F64" w:rsidRDefault="00D37D14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166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12789B38" w14:textId="77777777" w:rsidR="00D37D14" w:rsidRPr="003B4F64" w:rsidRDefault="00D37D14" w:rsidP="006869FD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2494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37E778F4" w14:textId="77777777" w:rsidR="00D37D14" w:rsidRPr="003B4F64" w:rsidRDefault="00D37D14" w:rsidP="006869FD">
            <w:pPr>
              <w:spacing w:after="0"/>
              <w:rPr>
                <w:lang w:val="pl-PL"/>
              </w:rPr>
            </w:pPr>
          </w:p>
        </w:tc>
      </w:tr>
      <w:tr w:rsidR="00D37D14" w:rsidRPr="003B4F64" w14:paraId="2B01182D" w14:textId="77777777" w:rsidTr="006869FD">
        <w:trPr>
          <w:trHeight w:val="460"/>
        </w:trPr>
        <w:tc>
          <w:tcPr>
            <w:tcW w:w="74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20AB6B4D" w14:textId="77777777" w:rsidR="00D37D14" w:rsidRPr="003B4F64" w:rsidRDefault="00D37D14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sz w:val="14"/>
                <w:lang w:val="pl-PL"/>
              </w:rPr>
              <w:t>6</w:t>
            </w:r>
          </w:p>
        </w:tc>
        <w:tc>
          <w:tcPr>
            <w:tcW w:w="15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15E95571" w14:textId="77777777" w:rsidR="00D37D14" w:rsidRPr="003B4F64" w:rsidRDefault="00D37D14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495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337F9CDA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41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72C6335C" w14:textId="77777777" w:rsidR="00D37D14" w:rsidRPr="003B4F64" w:rsidRDefault="00D37D14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38AD44A3" w14:textId="77777777" w:rsidR="00D37D14" w:rsidRPr="003B4F64" w:rsidRDefault="00D37D14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166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6A2EF090" w14:textId="77777777" w:rsidR="00D37D14" w:rsidRPr="003B4F64" w:rsidRDefault="00D37D14" w:rsidP="006869FD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2494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25CFABDE" w14:textId="77777777" w:rsidR="00D37D14" w:rsidRPr="003B4F64" w:rsidRDefault="00D37D14" w:rsidP="006869FD">
            <w:pPr>
              <w:spacing w:after="0"/>
              <w:rPr>
                <w:lang w:val="pl-PL"/>
              </w:rPr>
            </w:pPr>
          </w:p>
        </w:tc>
      </w:tr>
      <w:tr w:rsidR="00D37D14" w:rsidRPr="003B4F64" w14:paraId="41D3DFCA" w14:textId="77777777" w:rsidTr="006869FD">
        <w:trPr>
          <w:trHeight w:val="460"/>
        </w:trPr>
        <w:tc>
          <w:tcPr>
            <w:tcW w:w="74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6409367C" w14:textId="77777777" w:rsidR="00D37D14" w:rsidRPr="003B4F64" w:rsidRDefault="00D37D14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sz w:val="14"/>
                <w:lang w:val="pl-PL"/>
              </w:rPr>
              <w:lastRenderedPageBreak/>
              <w:t>7</w:t>
            </w:r>
          </w:p>
        </w:tc>
        <w:tc>
          <w:tcPr>
            <w:tcW w:w="15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44D01210" w14:textId="77777777" w:rsidR="00D37D14" w:rsidRPr="003B4F64" w:rsidRDefault="00D37D14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495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7D51D6FC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41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3FC6D975" w14:textId="77777777" w:rsidR="00D37D14" w:rsidRPr="003B4F64" w:rsidRDefault="00D37D14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4A912A31" w14:textId="77777777" w:rsidR="00D37D14" w:rsidRPr="003B4F64" w:rsidRDefault="00D37D14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166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3E0C834D" w14:textId="77777777" w:rsidR="00D37D14" w:rsidRPr="003B4F64" w:rsidRDefault="00D37D14" w:rsidP="006869FD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2494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0115F13A" w14:textId="77777777" w:rsidR="00D37D14" w:rsidRPr="003B4F64" w:rsidRDefault="00D37D14" w:rsidP="006869FD">
            <w:pPr>
              <w:spacing w:after="0"/>
              <w:rPr>
                <w:lang w:val="pl-PL"/>
              </w:rPr>
            </w:pPr>
          </w:p>
        </w:tc>
      </w:tr>
      <w:tr w:rsidR="00D37D14" w:rsidRPr="003B4F64" w14:paraId="67B92618" w14:textId="77777777" w:rsidTr="006869FD">
        <w:trPr>
          <w:trHeight w:val="460"/>
        </w:trPr>
        <w:tc>
          <w:tcPr>
            <w:tcW w:w="74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783D182E" w14:textId="77777777" w:rsidR="00D37D14" w:rsidRPr="003B4F64" w:rsidRDefault="00D37D14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sz w:val="14"/>
                <w:lang w:val="pl-PL"/>
              </w:rPr>
              <w:t>8</w:t>
            </w:r>
          </w:p>
        </w:tc>
        <w:tc>
          <w:tcPr>
            <w:tcW w:w="15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4E7BDF91" w14:textId="77777777" w:rsidR="00D37D14" w:rsidRPr="003B4F64" w:rsidRDefault="00D37D14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495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013C9CB0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41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243B20E8" w14:textId="77777777" w:rsidR="00D37D14" w:rsidRPr="003B4F64" w:rsidRDefault="00D37D14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0B6A2ADE" w14:textId="77777777" w:rsidR="00D37D14" w:rsidRPr="003B4F64" w:rsidRDefault="00D37D14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166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02FB3E2D" w14:textId="77777777" w:rsidR="00D37D14" w:rsidRPr="003B4F64" w:rsidRDefault="00D37D14" w:rsidP="006869FD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2494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7B8CE84F" w14:textId="77777777" w:rsidR="00D37D14" w:rsidRPr="003B4F64" w:rsidRDefault="00D37D14" w:rsidP="006869FD">
            <w:pPr>
              <w:spacing w:after="0"/>
              <w:rPr>
                <w:lang w:val="pl-PL"/>
              </w:rPr>
            </w:pPr>
          </w:p>
        </w:tc>
      </w:tr>
      <w:tr w:rsidR="00D37D14" w:rsidRPr="003B4F64" w14:paraId="70267AAC" w14:textId="77777777" w:rsidTr="006869FD">
        <w:trPr>
          <w:trHeight w:val="460"/>
        </w:trPr>
        <w:tc>
          <w:tcPr>
            <w:tcW w:w="74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44F7602D" w14:textId="77777777" w:rsidR="00D37D14" w:rsidRPr="003B4F64" w:rsidRDefault="00D37D14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sz w:val="14"/>
                <w:lang w:val="pl-PL"/>
              </w:rPr>
              <w:t>9</w:t>
            </w:r>
          </w:p>
        </w:tc>
        <w:tc>
          <w:tcPr>
            <w:tcW w:w="15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44635E03" w14:textId="77777777" w:rsidR="00D37D14" w:rsidRPr="003B4F64" w:rsidRDefault="00D37D14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495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331A6BF6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41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57DCD50A" w14:textId="77777777" w:rsidR="00D37D14" w:rsidRPr="003B4F64" w:rsidRDefault="00D37D14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4DE5D31F" w14:textId="77777777" w:rsidR="00D37D14" w:rsidRPr="003B4F64" w:rsidRDefault="00D37D14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166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04E13B16" w14:textId="77777777" w:rsidR="00D37D14" w:rsidRPr="003B4F64" w:rsidRDefault="00D37D14" w:rsidP="006869FD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2494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4FA460E8" w14:textId="77777777" w:rsidR="00D37D14" w:rsidRPr="003B4F64" w:rsidRDefault="00D37D14" w:rsidP="006869FD">
            <w:pPr>
              <w:spacing w:after="0"/>
              <w:rPr>
                <w:lang w:val="pl-PL"/>
              </w:rPr>
            </w:pPr>
          </w:p>
        </w:tc>
      </w:tr>
      <w:tr w:rsidR="00D37D14" w:rsidRPr="003B4F64" w14:paraId="61E0F50A" w14:textId="77777777" w:rsidTr="006869FD">
        <w:trPr>
          <w:trHeight w:val="460"/>
        </w:trPr>
        <w:tc>
          <w:tcPr>
            <w:tcW w:w="74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0F3D02E3" w14:textId="77777777" w:rsidR="00D37D14" w:rsidRPr="003B4F64" w:rsidRDefault="00D37D14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sz w:val="14"/>
                <w:lang w:val="pl-PL"/>
              </w:rPr>
              <w:t>10</w:t>
            </w:r>
          </w:p>
        </w:tc>
        <w:tc>
          <w:tcPr>
            <w:tcW w:w="15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694C80E0" w14:textId="77777777" w:rsidR="00D37D14" w:rsidRPr="003B4F64" w:rsidRDefault="00D37D14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495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36F90C09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41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43E2AAF2" w14:textId="77777777" w:rsidR="00D37D14" w:rsidRPr="003B4F64" w:rsidRDefault="00D37D14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69C4EC90" w14:textId="77777777" w:rsidR="00D37D14" w:rsidRPr="003B4F64" w:rsidRDefault="00D37D14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166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42B44AAC" w14:textId="77777777" w:rsidR="00D37D14" w:rsidRPr="003B4F64" w:rsidRDefault="00D37D14" w:rsidP="006869FD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2494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19A173B7" w14:textId="77777777" w:rsidR="00D37D14" w:rsidRPr="003B4F64" w:rsidRDefault="00D37D14" w:rsidP="006869FD">
            <w:pPr>
              <w:spacing w:after="0"/>
              <w:rPr>
                <w:lang w:val="pl-PL"/>
              </w:rPr>
            </w:pPr>
          </w:p>
        </w:tc>
      </w:tr>
      <w:tr w:rsidR="00D37D14" w:rsidRPr="003B4F64" w14:paraId="4422DDC8" w14:textId="77777777" w:rsidTr="006869FD">
        <w:trPr>
          <w:trHeight w:val="460"/>
        </w:trPr>
        <w:tc>
          <w:tcPr>
            <w:tcW w:w="74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0E257E5E" w14:textId="77777777" w:rsidR="00D37D14" w:rsidRPr="003B4F64" w:rsidRDefault="00D37D14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sz w:val="14"/>
                <w:lang w:val="pl-PL"/>
              </w:rPr>
              <w:t>11</w:t>
            </w:r>
          </w:p>
        </w:tc>
        <w:tc>
          <w:tcPr>
            <w:tcW w:w="15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37FB0C82" w14:textId="77777777" w:rsidR="00D37D14" w:rsidRPr="003B4F64" w:rsidRDefault="00D37D14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495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351B9917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41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77082592" w14:textId="77777777" w:rsidR="00D37D14" w:rsidRPr="003B4F64" w:rsidRDefault="00D37D14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0E9641B0" w14:textId="77777777" w:rsidR="00D37D14" w:rsidRPr="003B4F64" w:rsidRDefault="00D37D14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166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3562A2ED" w14:textId="77777777" w:rsidR="00D37D14" w:rsidRPr="003B4F64" w:rsidRDefault="00D37D14" w:rsidP="006869FD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2494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24113B76" w14:textId="77777777" w:rsidR="00D37D14" w:rsidRPr="003B4F64" w:rsidRDefault="00D37D14" w:rsidP="006869FD">
            <w:pPr>
              <w:spacing w:after="0"/>
              <w:rPr>
                <w:lang w:val="pl-PL"/>
              </w:rPr>
            </w:pPr>
          </w:p>
        </w:tc>
      </w:tr>
      <w:tr w:rsidR="00D37D14" w:rsidRPr="003B4F64" w14:paraId="05B92B54" w14:textId="77777777" w:rsidTr="006869FD">
        <w:trPr>
          <w:trHeight w:val="460"/>
        </w:trPr>
        <w:tc>
          <w:tcPr>
            <w:tcW w:w="74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08A3192D" w14:textId="77777777" w:rsidR="00D37D14" w:rsidRPr="003B4F64" w:rsidRDefault="00D37D14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sz w:val="14"/>
                <w:lang w:val="pl-PL"/>
              </w:rPr>
              <w:t>12</w:t>
            </w:r>
          </w:p>
        </w:tc>
        <w:tc>
          <w:tcPr>
            <w:tcW w:w="15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2D6C13FB" w14:textId="77777777" w:rsidR="00D37D14" w:rsidRPr="003B4F64" w:rsidRDefault="00D37D14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495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264746F2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41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0985E961" w14:textId="77777777" w:rsidR="00D37D14" w:rsidRPr="003B4F64" w:rsidRDefault="00D37D14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7156E768" w14:textId="77777777" w:rsidR="00D37D14" w:rsidRPr="003B4F64" w:rsidRDefault="00D37D14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166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2DF87153" w14:textId="77777777" w:rsidR="00D37D14" w:rsidRPr="003B4F64" w:rsidRDefault="00D37D14" w:rsidP="006869FD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2494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2F205066" w14:textId="77777777" w:rsidR="00D37D14" w:rsidRPr="003B4F64" w:rsidRDefault="00D37D14" w:rsidP="006869FD">
            <w:pPr>
              <w:spacing w:after="0"/>
              <w:rPr>
                <w:lang w:val="pl-PL"/>
              </w:rPr>
            </w:pPr>
          </w:p>
        </w:tc>
      </w:tr>
      <w:tr w:rsidR="006869FD" w:rsidRPr="003B4F64" w14:paraId="34BA743A" w14:textId="77777777" w:rsidTr="006869FD">
        <w:trPr>
          <w:trHeight w:val="460"/>
        </w:trPr>
        <w:tc>
          <w:tcPr>
            <w:tcW w:w="74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4DB96EA6" w14:textId="208BCAEA" w:rsidR="006869FD" w:rsidRPr="003B4F64" w:rsidRDefault="006869FD">
            <w:pPr>
              <w:spacing w:after="0"/>
              <w:jc w:val="center"/>
              <w:rPr>
                <w:sz w:val="14"/>
                <w:lang w:val="pl-PL"/>
              </w:rPr>
            </w:pPr>
            <w:r>
              <w:rPr>
                <w:sz w:val="14"/>
                <w:lang w:val="pl-PL"/>
              </w:rPr>
              <w:t>13</w:t>
            </w:r>
          </w:p>
        </w:tc>
        <w:tc>
          <w:tcPr>
            <w:tcW w:w="15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5DD6A4AE" w14:textId="77777777" w:rsidR="006869FD" w:rsidRPr="003B4F64" w:rsidRDefault="006869FD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495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0E7880E7" w14:textId="77777777" w:rsidR="006869FD" w:rsidRPr="003B4F64" w:rsidRDefault="006869FD">
            <w:pPr>
              <w:spacing w:after="0"/>
              <w:rPr>
                <w:lang w:val="pl-PL"/>
              </w:rPr>
            </w:pPr>
          </w:p>
        </w:tc>
        <w:tc>
          <w:tcPr>
            <w:tcW w:w="141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3FF5E1A7" w14:textId="77777777" w:rsidR="006869FD" w:rsidRPr="003B4F64" w:rsidRDefault="006869FD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56DEA54C" w14:textId="77777777" w:rsidR="006869FD" w:rsidRPr="003B4F64" w:rsidRDefault="006869FD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166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36784873" w14:textId="77777777" w:rsidR="006869FD" w:rsidRPr="003B4F64" w:rsidRDefault="006869FD" w:rsidP="006869FD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2494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3F803693" w14:textId="77777777" w:rsidR="006869FD" w:rsidRPr="003B4F64" w:rsidRDefault="006869FD" w:rsidP="006869FD">
            <w:pPr>
              <w:spacing w:after="0"/>
              <w:rPr>
                <w:lang w:val="pl-PL"/>
              </w:rPr>
            </w:pPr>
          </w:p>
        </w:tc>
      </w:tr>
      <w:tr w:rsidR="006869FD" w:rsidRPr="003B4F64" w14:paraId="4121750B" w14:textId="77777777" w:rsidTr="006869FD">
        <w:trPr>
          <w:trHeight w:val="460"/>
        </w:trPr>
        <w:tc>
          <w:tcPr>
            <w:tcW w:w="74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073EB59A" w14:textId="0A94D34D" w:rsidR="006869FD" w:rsidRPr="003B4F64" w:rsidRDefault="006869FD">
            <w:pPr>
              <w:spacing w:after="0"/>
              <w:jc w:val="center"/>
              <w:rPr>
                <w:sz w:val="14"/>
                <w:lang w:val="pl-PL"/>
              </w:rPr>
            </w:pPr>
            <w:r>
              <w:rPr>
                <w:sz w:val="14"/>
                <w:lang w:val="pl-PL"/>
              </w:rPr>
              <w:t>14</w:t>
            </w:r>
          </w:p>
        </w:tc>
        <w:tc>
          <w:tcPr>
            <w:tcW w:w="15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0BC9913B" w14:textId="77777777" w:rsidR="006869FD" w:rsidRPr="003B4F64" w:rsidRDefault="006869FD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495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4ED529B6" w14:textId="77777777" w:rsidR="006869FD" w:rsidRPr="003B4F64" w:rsidRDefault="006869FD">
            <w:pPr>
              <w:spacing w:after="0"/>
              <w:rPr>
                <w:lang w:val="pl-PL"/>
              </w:rPr>
            </w:pPr>
          </w:p>
        </w:tc>
        <w:tc>
          <w:tcPr>
            <w:tcW w:w="141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62ADFFD2" w14:textId="77777777" w:rsidR="006869FD" w:rsidRPr="003B4F64" w:rsidRDefault="006869FD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483C1592" w14:textId="77777777" w:rsidR="006869FD" w:rsidRPr="003B4F64" w:rsidRDefault="006869FD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166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44146CA9" w14:textId="77777777" w:rsidR="006869FD" w:rsidRPr="003B4F64" w:rsidRDefault="006869FD" w:rsidP="006869FD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2494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5E997B71" w14:textId="77777777" w:rsidR="006869FD" w:rsidRPr="003B4F64" w:rsidRDefault="006869FD" w:rsidP="006869FD">
            <w:pPr>
              <w:spacing w:after="0"/>
              <w:rPr>
                <w:lang w:val="pl-PL"/>
              </w:rPr>
            </w:pPr>
          </w:p>
        </w:tc>
      </w:tr>
      <w:tr w:rsidR="006869FD" w:rsidRPr="003B4F64" w14:paraId="6A3CE9F9" w14:textId="77777777" w:rsidTr="006869FD">
        <w:trPr>
          <w:trHeight w:val="460"/>
        </w:trPr>
        <w:tc>
          <w:tcPr>
            <w:tcW w:w="74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663D15E2" w14:textId="267E4E41" w:rsidR="006869FD" w:rsidRPr="003B4F64" w:rsidRDefault="006869FD">
            <w:pPr>
              <w:spacing w:after="0"/>
              <w:jc w:val="center"/>
              <w:rPr>
                <w:sz w:val="14"/>
                <w:lang w:val="pl-PL"/>
              </w:rPr>
            </w:pPr>
            <w:r>
              <w:rPr>
                <w:sz w:val="14"/>
                <w:lang w:val="pl-PL"/>
              </w:rPr>
              <w:t>15</w:t>
            </w:r>
          </w:p>
        </w:tc>
        <w:tc>
          <w:tcPr>
            <w:tcW w:w="15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507D61A2" w14:textId="77777777" w:rsidR="006869FD" w:rsidRPr="003B4F64" w:rsidRDefault="006869FD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495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75175838" w14:textId="77777777" w:rsidR="006869FD" w:rsidRPr="003B4F64" w:rsidRDefault="006869FD">
            <w:pPr>
              <w:spacing w:after="0"/>
              <w:rPr>
                <w:lang w:val="pl-PL"/>
              </w:rPr>
            </w:pPr>
          </w:p>
        </w:tc>
        <w:tc>
          <w:tcPr>
            <w:tcW w:w="141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1BA04A6A" w14:textId="77777777" w:rsidR="006869FD" w:rsidRPr="003B4F64" w:rsidRDefault="006869FD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6F5397E7" w14:textId="77777777" w:rsidR="006869FD" w:rsidRPr="003B4F64" w:rsidRDefault="006869FD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166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74F7591F" w14:textId="77777777" w:rsidR="006869FD" w:rsidRPr="003B4F64" w:rsidRDefault="006869FD" w:rsidP="006869FD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2494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50230328" w14:textId="77777777" w:rsidR="006869FD" w:rsidRPr="003B4F64" w:rsidRDefault="006869FD" w:rsidP="006869FD">
            <w:pPr>
              <w:spacing w:after="0"/>
              <w:rPr>
                <w:lang w:val="pl-PL"/>
              </w:rPr>
            </w:pPr>
          </w:p>
        </w:tc>
      </w:tr>
      <w:tr w:rsidR="006869FD" w:rsidRPr="003B4F64" w14:paraId="721707E4" w14:textId="77777777" w:rsidTr="006869FD">
        <w:trPr>
          <w:trHeight w:val="460"/>
        </w:trPr>
        <w:tc>
          <w:tcPr>
            <w:tcW w:w="74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6D8CE700" w14:textId="755385C5" w:rsidR="006869FD" w:rsidRPr="003B4F64" w:rsidRDefault="006869FD">
            <w:pPr>
              <w:spacing w:after="0"/>
              <w:jc w:val="center"/>
              <w:rPr>
                <w:sz w:val="14"/>
                <w:lang w:val="pl-PL"/>
              </w:rPr>
            </w:pPr>
            <w:r>
              <w:rPr>
                <w:sz w:val="14"/>
                <w:lang w:val="pl-PL"/>
              </w:rPr>
              <w:t>16</w:t>
            </w:r>
          </w:p>
        </w:tc>
        <w:tc>
          <w:tcPr>
            <w:tcW w:w="15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5186EEDF" w14:textId="77777777" w:rsidR="006869FD" w:rsidRPr="003B4F64" w:rsidRDefault="006869FD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495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4086D53A" w14:textId="77777777" w:rsidR="006869FD" w:rsidRPr="003B4F64" w:rsidRDefault="006869FD">
            <w:pPr>
              <w:spacing w:after="0"/>
              <w:rPr>
                <w:lang w:val="pl-PL"/>
              </w:rPr>
            </w:pPr>
          </w:p>
        </w:tc>
        <w:tc>
          <w:tcPr>
            <w:tcW w:w="141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0FAEE159" w14:textId="77777777" w:rsidR="006869FD" w:rsidRPr="003B4F64" w:rsidRDefault="006869FD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4307CD8D" w14:textId="77777777" w:rsidR="006869FD" w:rsidRPr="003B4F64" w:rsidRDefault="006869FD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166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1D65793C" w14:textId="77777777" w:rsidR="006869FD" w:rsidRPr="003B4F64" w:rsidRDefault="006869FD" w:rsidP="006869FD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2494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58E8B28F" w14:textId="77777777" w:rsidR="006869FD" w:rsidRPr="003B4F64" w:rsidRDefault="006869FD" w:rsidP="006869FD">
            <w:pPr>
              <w:spacing w:after="0"/>
              <w:rPr>
                <w:lang w:val="pl-PL"/>
              </w:rPr>
            </w:pPr>
          </w:p>
        </w:tc>
      </w:tr>
      <w:tr w:rsidR="006869FD" w:rsidRPr="003B4F64" w14:paraId="721E0C9C" w14:textId="77777777" w:rsidTr="006869FD">
        <w:trPr>
          <w:trHeight w:val="460"/>
        </w:trPr>
        <w:tc>
          <w:tcPr>
            <w:tcW w:w="74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78C16F3C" w14:textId="4A8407BB" w:rsidR="006869FD" w:rsidRPr="003B4F64" w:rsidRDefault="006869FD">
            <w:pPr>
              <w:spacing w:after="0"/>
              <w:jc w:val="center"/>
              <w:rPr>
                <w:sz w:val="14"/>
                <w:lang w:val="pl-PL"/>
              </w:rPr>
            </w:pPr>
            <w:r>
              <w:rPr>
                <w:sz w:val="14"/>
                <w:lang w:val="pl-PL"/>
              </w:rPr>
              <w:t>17</w:t>
            </w:r>
          </w:p>
        </w:tc>
        <w:tc>
          <w:tcPr>
            <w:tcW w:w="15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2FD53DD2" w14:textId="77777777" w:rsidR="006869FD" w:rsidRPr="003B4F64" w:rsidRDefault="006869FD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495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22B15FDB" w14:textId="77777777" w:rsidR="006869FD" w:rsidRPr="003B4F64" w:rsidRDefault="006869FD">
            <w:pPr>
              <w:spacing w:after="0"/>
              <w:rPr>
                <w:lang w:val="pl-PL"/>
              </w:rPr>
            </w:pPr>
          </w:p>
        </w:tc>
        <w:tc>
          <w:tcPr>
            <w:tcW w:w="141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09B721BD" w14:textId="77777777" w:rsidR="006869FD" w:rsidRPr="003B4F64" w:rsidRDefault="006869FD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51960695" w14:textId="77777777" w:rsidR="006869FD" w:rsidRPr="003B4F64" w:rsidRDefault="006869FD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166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03876171" w14:textId="77777777" w:rsidR="006869FD" w:rsidRPr="003B4F64" w:rsidRDefault="006869FD" w:rsidP="006869FD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2494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7BB1E152" w14:textId="77777777" w:rsidR="006869FD" w:rsidRPr="003B4F64" w:rsidRDefault="006869FD" w:rsidP="006869FD">
            <w:pPr>
              <w:spacing w:after="0"/>
              <w:rPr>
                <w:lang w:val="pl-PL"/>
              </w:rPr>
            </w:pPr>
          </w:p>
        </w:tc>
      </w:tr>
      <w:tr w:rsidR="006869FD" w:rsidRPr="003B4F64" w14:paraId="18872330" w14:textId="77777777" w:rsidTr="006869FD">
        <w:trPr>
          <w:trHeight w:val="460"/>
        </w:trPr>
        <w:tc>
          <w:tcPr>
            <w:tcW w:w="74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31782C37" w14:textId="3FF48874" w:rsidR="006869FD" w:rsidRPr="003B4F64" w:rsidRDefault="006869FD">
            <w:pPr>
              <w:spacing w:after="0"/>
              <w:jc w:val="center"/>
              <w:rPr>
                <w:sz w:val="14"/>
                <w:lang w:val="pl-PL"/>
              </w:rPr>
            </w:pPr>
            <w:r>
              <w:rPr>
                <w:sz w:val="14"/>
                <w:lang w:val="pl-PL"/>
              </w:rPr>
              <w:t>18</w:t>
            </w:r>
          </w:p>
        </w:tc>
        <w:tc>
          <w:tcPr>
            <w:tcW w:w="15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6A4504E8" w14:textId="77777777" w:rsidR="006869FD" w:rsidRPr="003B4F64" w:rsidRDefault="006869FD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495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74DA2AB2" w14:textId="77777777" w:rsidR="006869FD" w:rsidRPr="003B4F64" w:rsidRDefault="006869FD">
            <w:pPr>
              <w:spacing w:after="0"/>
              <w:rPr>
                <w:lang w:val="pl-PL"/>
              </w:rPr>
            </w:pPr>
          </w:p>
        </w:tc>
        <w:tc>
          <w:tcPr>
            <w:tcW w:w="141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70A4D683" w14:textId="77777777" w:rsidR="006869FD" w:rsidRPr="003B4F64" w:rsidRDefault="006869FD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7EC6567F" w14:textId="77777777" w:rsidR="006869FD" w:rsidRPr="003B4F64" w:rsidRDefault="006869FD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166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19F15088" w14:textId="77777777" w:rsidR="006869FD" w:rsidRPr="003B4F64" w:rsidRDefault="006869FD" w:rsidP="006869FD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2494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59AB37C3" w14:textId="77777777" w:rsidR="006869FD" w:rsidRPr="003B4F64" w:rsidRDefault="006869FD" w:rsidP="006869FD">
            <w:pPr>
              <w:spacing w:after="0"/>
              <w:rPr>
                <w:lang w:val="pl-PL"/>
              </w:rPr>
            </w:pPr>
          </w:p>
        </w:tc>
      </w:tr>
      <w:tr w:rsidR="00D37D14" w:rsidRPr="003B4F64" w14:paraId="5BBE2148" w14:textId="77777777" w:rsidTr="006869FD">
        <w:trPr>
          <w:trHeight w:val="460"/>
        </w:trPr>
        <w:tc>
          <w:tcPr>
            <w:tcW w:w="74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2BBFF9ED" w14:textId="3431FE90" w:rsidR="00D37D14" w:rsidRPr="003B4F64" w:rsidRDefault="006869FD">
            <w:pPr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19</w:t>
            </w:r>
          </w:p>
        </w:tc>
        <w:tc>
          <w:tcPr>
            <w:tcW w:w="15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04317D99" w14:textId="77777777" w:rsidR="00D37D14" w:rsidRPr="003B4F64" w:rsidRDefault="00D37D14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495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79AC0675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41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71A26C3F" w14:textId="77777777" w:rsidR="00D37D14" w:rsidRPr="003B4F64" w:rsidRDefault="00D37D14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7F1FA225" w14:textId="77777777" w:rsidR="00D37D14" w:rsidRPr="003B4F64" w:rsidRDefault="00D37D14" w:rsidP="006869F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166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7B9C6FFB" w14:textId="77777777" w:rsidR="00D37D14" w:rsidRPr="003B4F64" w:rsidRDefault="00D37D14" w:rsidP="006869FD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2494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3B80EAD8" w14:textId="77777777" w:rsidR="00D37D14" w:rsidRPr="003B4F64" w:rsidRDefault="00D37D14" w:rsidP="006869FD">
            <w:pPr>
              <w:spacing w:after="0"/>
              <w:rPr>
                <w:lang w:val="pl-PL"/>
              </w:rPr>
            </w:pPr>
          </w:p>
        </w:tc>
      </w:tr>
    </w:tbl>
    <w:p w14:paraId="280FA591" w14:textId="5A4458EC" w:rsidR="00306873" w:rsidRPr="006869FD" w:rsidRDefault="00000000">
      <w:pPr>
        <w:spacing w:before="80" w:after="0"/>
        <w:rPr>
          <w:sz w:val="20"/>
          <w:szCs w:val="24"/>
          <w:lang w:val="pl-PL"/>
        </w:rPr>
      </w:pPr>
      <w:r w:rsidRPr="006869FD">
        <w:rPr>
          <w:b/>
          <w:sz w:val="16"/>
          <w:szCs w:val="24"/>
          <w:lang w:val="pl-PL"/>
        </w:rPr>
        <w:t xml:space="preserve">Oznaczenia kategorii: </w:t>
      </w:r>
      <w:r w:rsidRPr="006869FD">
        <w:rPr>
          <w:sz w:val="16"/>
          <w:szCs w:val="24"/>
          <w:lang w:val="pl-PL"/>
        </w:rPr>
        <w:t xml:space="preserve">I – </w:t>
      </w:r>
      <w:r w:rsidR="006869FD" w:rsidRPr="006869FD">
        <w:rPr>
          <w:sz w:val="16"/>
          <w:szCs w:val="24"/>
          <w:lang w:val="pl-PL"/>
        </w:rPr>
        <w:t>wydatki związane z realizacją inwestycji</w:t>
      </w:r>
      <w:r w:rsidRPr="006869FD">
        <w:rPr>
          <w:sz w:val="16"/>
          <w:szCs w:val="24"/>
          <w:lang w:val="pl-PL"/>
        </w:rPr>
        <w:t xml:space="preserve">; II – </w:t>
      </w:r>
      <w:r w:rsidR="006869FD" w:rsidRPr="006869FD">
        <w:rPr>
          <w:sz w:val="16"/>
          <w:szCs w:val="24"/>
          <w:lang w:val="pl-PL"/>
        </w:rPr>
        <w:t>wydatki obrotowe</w:t>
      </w:r>
      <w:r w:rsidRPr="006869FD">
        <w:rPr>
          <w:sz w:val="16"/>
          <w:szCs w:val="24"/>
          <w:lang w:val="pl-PL"/>
        </w:rPr>
        <w:t>; N – wydatek niekwalifikowalny.</w:t>
      </w:r>
    </w:p>
    <w:p w14:paraId="7B4F806B" w14:textId="77777777" w:rsidR="00306873" w:rsidRPr="003B4F64" w:rsidRDefault="00000000">
      <w:pPr>
        <w:rPr>
          <w:lang w:val="pl-PL"/>
        </w:rPr>
      </w:pPr>
      <w:r w:rsidRPr="003B4F64">
        <w:rPr>
          <w:lang w:val="pl-PL"/>
        </w:rPr>
        <w:br w:type="page"/>
      </w:r>
    </w:p>
    <w:p w14:paraId="33FE736C" w14:textId="77777777" w:rsidR="00306873" w:rsidRPr="00D70A96" w:rsidRDefault="00000000">
      <w:pPr>
        <w:keepNext/>
        <w:spacing w:before="160" w:after="80"/>
        <w:rPr>
          <w:sz w:val="16"/>
          <w:szCs w:val="20"/>
          <w:lang w:val="pl-PL"/>
        </w:rPr>
      </w:pPr>
      <w:r w:rsidRPr="00D70A96">
        <w:rPr>
          <w:b/>
          <w:sz w:val="20"/>
          <w:szCs w:val="20"/>
          <w:lang w:val="pl-PL"/>
        </w:rPr>
        <w:lastRenderedPageBreak/>
        <w:t>6. Plan uruchomienia Jednostkowej Pożyczki</w:t>
      </w:r>
    </w:p>
    <w:p w14:paraId="439EB519" w14:textId="0C8FE7DB" w:rsidR="00306873" w:rsidRPr="00D70A96" w:rsidRDefault="00000000">
      <w:pPr>
        <w:rPr>
          <w:sz w:val="16"/>
          <w:szCs w:val="16"/>
          <w:lang w:val="pl-PL"/>
        </w:rPr>
      </w:pPr>
      <w:r w:rsidRPr="00D70A96">
        <w:rPr>
          <w:sz w:val="16"/>
          <w:szCs w:val="16"/>
          <w:lang w:val="pl-PL"/>
        </w:rPr>
        <w:t xml:space="preserve">Plan uruchomienia ma charakter orientacyjny i nie ogranicza uprawnienia BARR S.A. do określenia sposobu i warunków wypłaty zgodnie z Regulaminem i Umową </w:t>
      </w:r>
      <w:r w:rsidR="00D70A96">
        <w:rPr>
          <w:sz w:val="16"/>
          <w:szCs w:val="16"/>
          <w:lang w:val="pl-PL"/>
        </w:rPr>
        <w:t>p</w:t>
      </w:r>
      <w:r w:rsidRPr="00D70A96">
        <w:rPr>
          <w:sz w:val="16"/>
          <w:szCs w:val="16"/>
          <w:lang w:val="pl-PL"/>
        </w:rPr>
        <w:t>ożyczki.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78"/>
        <w:gridCol w:w="2078"/>
        <w:gridCol w:w="2078"/>
        <w:gridCol w:w="2880"/>
        <w:gridCol w:w="2292"/>
      </w:tblGrid>
      <w:tr w:rsidR="003630EA" w:rsidRPr="003B4F64" w14:paraId="58BFD16F" w14:textId="77777777" w:rsidTr="00B020C3">
        <w:trPr>
          <w:tblHeader/>
          <w:jc w:val="center"/>
        </w:trPr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966922" w14:textId="77777777" w:rsidR="003630EA" w:rsidRPr="00B020C3" w:rsidRDefault="003630EA">
            <w:pPr>
              <w:spacing w:after="0"/>
              <w:jc w:val="center"/>
              <w:rPr>
                <w:color w:val="FFFFFF" w:themeColor="background1"/>
                <w:sz w:val="16"/>
                <w:szCs w:val="16"/>
                <w:lang w:val="pl-PL"/>
              </w:rPr>
            </w:pPr>
            <w:r w:rsidRPr="00B020C3">
              <w:rPr>
                <w:b/>
                <w:color w:val="FFFFFF" w:themeColor="background1"/>
                <w:sz w:val="16"/>
                <w:szCs w:val="16"/>
                <w:lang w:val="pl-PL"/>
              </w:rPr>
              <w:t>Transza</w:t>
            </w:r>
          </w:p>
        </w:tc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4C0A27" w14:textId="77777777" w:rsidR="003630EA" w:rsidRPr="00B020C3" w:rsidRDefault="003630EA">
            <w:pPr>
              <w:spacing w:after="0"/>
              <w:jc w:val="center"/>
              <w:rPr>
                <w:color w:val="FFFFFF" w:themeColor="background1"/>
                <w:sz w:val="16"/>
                <w:szCs w:val="16"/>
                <w:lang w:val="pl-PL"/>
              </w:rPr>
            </w:pPr>
            <w:r w:rsidRPr="00B020C3">
              <w:rPr>
                <w:b/>
                <w:color w:val="FFFFFF" w:themeColor="background1"/>
                <w:sz w:val="16"/>
                <w:szCs w:val="16"/>
                <w:lang w:val="pl-PL"/>
              </w:rPr>
              <w:t>Planowana data</w:t>
            </w:r>
          </w:p>
        </w:tc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2E5AF9" w14:textId="77777777" w:rsidR="003630EA" w:rsidRPr="00B020C3" w:rsidRDefault="003630EA">
            <w:pPr>
              <w:spacing w:after="0"/>
              <w:jc w:val="center"/>
              <w:rPr>
                <w:color w:val="FFFFFF" w:themeColor="background1"/>
                <w:sz w:val="16"/>
                <w:szCs w:val="16"/>
                <w:lang w:val="pl-PL"/>
              </w:rPr>
            </w:pPr>
            <w:r w:rsidRPr="00B020C3">
              <w:rPr>
                <w:b/>
                <w:color w:val="FFFFFF" w:themeColor="background1"/>
                <w:sz w:val="16"/>
                <w:szCs w:val="16"/>
                <w:lang w:val="pl-PL"/>
              </w:rPr>
              <w:t>Kwota (PLN)</w:t>
            </w:r>
          </w:p>
        </w:tc>
        <w:tc>
          <w:tcPr>
            <w:tcW w:w="2880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64F65F" w14:textId="77777777" w:rsidR="003630EA" w:rsidRPr="00B020C3" w:rsidRDefault="003630EA">
            <w:pPr>
              <w:spacing w:after="0"/>
              <w:jc w:val="center"/>
              <w:rPr>
                <w:color w:val="FFFFFF" w:themeColor="background1"/>
                <w:sz w:val="16"/>
                <w:szCs w:val="16"/>
                <w:lang w:val="pl-PL"/>
              </w:rPr>
            </w:pPr>
            <w:r w:rsidRPr="00B020C3">
              <w:rPr>
                <w:b/>
                <w:color w:val="FFFFFF" w:themeColor="background1"/>
                <w:sz w:val="16"/>
                <w:szCs w:val="16"/>
                <w:lang w:val="pl-PL"/>
              </w:rPr>
              <w:t>Sposób wypłaty</w:t>
            </w:r>
          </w:p>
        </w:tc>
        <w:tc>
          <w:tcPr>
            <w:tcW w:w="2292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E85989" w14:textId="77777777" w:rsidR="003630EA" w:rsidRPr="00B020C3" w:rsidRDefault="003630EA">
            <w:pPr>
              <w:spacing w:after="0"/>
              <w:jc w:val="center"/>
              <w:rPr>
                <w:color w:val="FFFFFF" w:themeColor="background1"/>
                <w:sz w:val="16"/>
                <w:szCs w:val="16"/>
                <w:lang w:val="pl-PL"/>
              </w:rPr>
            </w:pPr>
            <w:r w:rsidRPr="00B020C3">
              <w:rPr>
                <w:b/>
                <w:color w:val="FFFFFF" w:themeColor="background1"/>
                <w:sz w:val="16"/>
                <w:szCs w:val="16"/>
                <w:lang w:val="pl-PL"/>
              </w:rPr>
              <w:t>Kwota narastająco (PLN)</w:t>
            </w:r>
          </w:p>
        </w:tc>
      </w:tr>
      <w:tr w:rsidR="003630EA" w:rsidRPr="003B4F64" w14:paraId="72D59827" w14:textId="77777777" w:rsidTr="00B020C3">
        <w:trPr>
          <w:trHeight w:val="604"/>
          <w:jc w:val="center"/>
        </w:trPr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D2620B" w14:textId="77777777" w:rsidR="003630EA" w:rsidRPr="003B4F64" w:rsidRDefault="003630EA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sz w:val="14"/>
                <w:lang w:val="pl-PL"/>
              </w:rPr>
              <w:t>1</w:t>
            </w:r>
          </w:p>
        </w:tc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082E38" w14:textId="77777777" w:rsidR="003630EA" w:rsidRPr="003B4F64" w:rsidRDefault="003630EA" w:rsidP="00B020C3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E1D53D" w14:textId="77777777" w:rsidR="003630EA" w:rsidRPr="003B4F64" w:rsidRDefault="003630EA" w:rsidP="00B020C3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2880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BE5628" w14:textId="77777777" w:rsidR="003630EA" w:rsidRPr="003B4F64" w:rsidRDefault="003630EA">
            <w:pPr>
              <w:spacing w:after="0"/>
              <w:rPr>
                <w:lang w:val="pl-PL"/>
              </w:rPr>
            </w:pPr>
          </w:p>
        </w:tc>
        <w:tc>
          <w:tcPr>
            <w:tcW w:w="2292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F01EAD" w14:textId="77777777" w:rsidR="003630EA" w:rsidRPr="003B4F64" w:rsidRDefault="003630EA" w:rsidP="00B020C3">
            <w:pPr>
              <w:spacing w:after="0"/>
              <w:jc w:val="right"/>
              <w:rPr>
                <w:lang w:val="pl-PL"/>
              </w:rPr>
            </w:pPr>
          </w:p>
        </w:tc>
      </w:tr>
      <w:tr w:rsidR="003630EA" w:rsidRPr="003B4F64" w14:paraId="136568FE" w14:textId="77777777" w:rsidTr="00B020C3">
        <w:trPr>
          <w:trHeight w:val="604"/>
          <w:jc w:val="center"/>
        </w:trPr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3B110C" w14:textId="77777777" w:rsidR="003630EA" w:rsidRPr="003B4F64" w:rsidRDefault="003630EA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sz w:val="14"/>
                <w:lang w:val="pl-PL"/>
              </w:rPr>
              <w:t>2</w:t>
            </w:r>
          </w:p>
        </w:tc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09BD06" w14:textId="77777777" w:rsidR="003630EA" w:rsidRPr="003B4F64" w:rsidRDefault="003630EA" w:rsidP="00B020C3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A5437C" w14:textId="77777777" w:rsidR="003630EA" w:rsidRPr="003B4F64" w:rsidRDefault="003630EA" w:rsidP="00B020C3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2880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1A9749" w14:textId="77777777" w:rsidR="003630EA" w:rsidRPr="003B4F64" w:rsidRDefault="003630EA">
            <w:pPr>
              <w:spacing w:after="0"/>
              <w:rPr>
                <w:lang w:val="pl-PL"/>
              </w:rPr>
            </w:pPr>
          </w:p>
        </w:tc>
        <w:tc>
          <w:tcPr>
            <w:tcW w:w="2292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9ABD84" w14:textId="77777777" w:rsidR="003630EA" w:rsidRPr="003B4F64" w:rsidRDefault="003630EA" w:rsidP="00B020C3">
            <w:pPr>
              <w:spacing w:after="0"/>
              <w:jc w:val="right"/>
              <w:rPr>
                <w:lang w:val="pl-PL"/>
              </w:rPr>
            </w:pPr>
          </w:p>
        </w:tc>
      </w:tr>
      <w:tr w:rsidR="003630EA" w:rsidRPr="003B4F64" w14:paraId="75F14081" w14:textId="77777777" w:rsidTr="00B020C3">
        <w:trPr>
          <w:trHeight w:val="604"/>
          <w:jc w:val="center"/>
        </w:trPr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798B4D" w14:textId="77777777" w:rsidR="003630EA" w:rsidRPr="003B4F64" w:rsidRDefault="003630EA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sz w:val="14"/>
                <w:lang w:val="pl-PL"/>
              </w:rPr>
              <w:t>3</w:t>
            </w:r>
          </w:p>
        </w:tc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E1D733" w14:textId="77777777" w:rsidR="003630EA" w:rsidRPr="003B4F64" w:rsidRDefault="003630EA" w:rsidP="00B020C3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098B48" w14:textId="77777777" w:rsidR="003630EA" w:rsidRPr="003B4F64" w:rsidRDefault="003630EA" w:rsidP="00B020C3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2880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311522" w14:textId="77777777" w:rsidR="003630EA" w:rsidRPr="003B4F64" w:rsidRDefault="003630EA">
            <w:pPr>
              <w:spacing w:after="0"/>
              <w:rPr>
                <w:lang w:val="pl-PL"/>
              </w:rPr>
            </w:pPr>
          </w:p>
        </w:tc>
        <w:tc>
          <w:tcPr>
            <w:tcW w:w="2292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840CF1" w14:textId="77777777" w:rsidR="003630EA" w:rsidRPr="003B4F64" w:rsidRDefault="003630EA" w:rsidP="00B020C3">
            <w:pPr>
              <w:spacing w:after="0"/>
              <w:jc w:val="right"/>
              <w:rPr>
                <w:lang w:val="pl-PL"/>
              </w:rPr>
            </w:pPr>
          </w:p>
        </w:tc>
      </w:tr>
      <w:tr w:rsidR="003630EA" w:rsidRPr="003B4F64" w14:paraId="4DA7E192" w14:textId="77777777" w:rsidTr="00B020C3">
        <w:trPr>
          <w:trHeight w:val="604"/>
          <w:jc w:val="center"/>
        </w:trPr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449597" w14:textId="77777777" w:rsidR="003630EA" w:rsidRPr="003B4F64" w:rsidRDefault="003630EA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sz w:val="14"/>
                <w:lang w:val="pl-PL"/>
              </w:rPr>
              <w:t>4</w:t>
            </w:r>
          </w:p>
        </w:tc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2B9E18" w14:textId="77777777" w:rsidR="003630EA" w:rsidRPr="003B4F64" w:rsidRDefault="003630EA" w:rsidP="00B020C3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5CC932" w14:textId="77777777" w:rsidR="003630EA" w:rsidRPr="003B4F64" w:rsidRDefault="003630EA" w:rsidP="00B020C3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2880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9F7222" w14:textId="77777777" w:rsidR="003630EA" w:rsidRPr="003B4F64" w:rsidRDefault="003630EA">
            <w:pPr>
              <w:spacing w:after="0"/>
              <w:rPr>
                <w:lang w:val="pl-PL"/>
              </w:rPr>
            </w:pPr>
          </w:p>
        </w:tc>
        <w:tc>
          <w:tcPr>
            <w:tcW w:w="2292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D62DCC" w14:textId="77777777" w:rsidR="003630EA" w:rsidRPr="003B4F64" w:rsidRDefault="003630EA" w:rsidP="00B020C3">
            <w:pPr>
              <w:spacing w:after="0"/>
              <w:jc w:val="right"/>
              <w:rPr>
                <w:lang w:val="pl-PL"/>
              </w:rPr>
            </w:pPr>
          </w:p>
        </w:tc>
      </w:tr>
      <w:tr w:rsidR="003630EA" w:rsidRPr="003B4F64" w14:paraId="12D49006" w14:textId="77777777" w:rsidTr="00B020C3">
        <w:trPr>
          <w:trHeight w:val="604"/>
          <w:jc w:val="center"/>
        </w:trPr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857E8C" w14:textId="77777777" w:rsidR="003630EA" w:rsidRPr="003B4F64" w:rsidRDefault="003630EA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sz w:val="14"/>
                <w:lang w:val="pl-PL"/>
              </w:rPr>
              <w:t>5</w:t>
            </w:r>
          </w:p>
        </w:tc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5498E6" w14:textId="77777777" w:rsidR="003630EA" w:rsidRPr="003B4F64" w:rsidRDefault="003630EA" w:rsidP="00B020C3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7A99CE" w14:textId="77777777" w:rsidR="003630EA" w:rsidRPr="003B4F64" w:rsidRDefault="003630EA" w:rsidP="00B020C3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2880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6B3D0A" w14:textId="77777777" w:rsidR="003630EA" w:rsidRPr="003B4F64" w:rsidRDefault="003630EA">
            <w:pPr>
              <w:spacing w:after="0"/>
              <w:rPr>
                <w:lang w:val="pl-PL"/>
              </w:rPr>
            </w:pPr>
          </w:p>
        </w:tc>
        <w:tc>
          <w:tcPr>
            <w:tcW w:w="2292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5E5AF7" w14:textId="77777777" w:rsidR="003630EA" w:rsidRPr="003B4F64" w:rsidRDefault="003630EA" w:rsidP="00B020C3">
            <w:pPr>
              <w:spacing w:after="0"/>
              <w:jc w:val="right"/>
              <w:rPr>
                <w:lang w:val="pl-PL"/>
              </w:rPr>
            </w:pPr>
          </w:p>
        </w:tc>
      </w:tr>
      <w:tr w:rsidR="003630EA" w:rsidRPr="003B4F64" w14:paraId="1131E4F1" w14:textId="77777777" w:rsidTr="00B020C3">
        <w:trPr>
          <w:trHeight w:val="604"/>
          <w:jc w:val="center"/>
        </w:trPr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A5E4EE" w14:textId="77777777" w:rsidR="003630EA" w:rsidRPr="003B4F64" w:rsidRDefault="003630EA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sz w:val="14"/>
                <w:lang w:val="pl-PL"/>
              </w:rPr>
              <w:t>6</w:t>
            </w:r>
          </w:p>
        </w:tc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4C8BDA" w14:textId="77777777" w:rsidR="003630EA" w:rsidRPr="003B4F64" w:rsidRDefault="003630EA" w:rsidP="00B020C3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9DFABF" w14:textId="77777777" w:rsidR="003630EA" w:rsidRPr="003B4F64" w:rsidRDefault="003630EA" w:rsidP="00B020C3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2880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A92EFB" w14:textId="77777777" w:rsidR="003630EA" w:rsidRPr="003B4F64" w:rsidRDefault="003630EA">
            <w:pPr>
              <w:spacing w:after="0"/>
              <w:rPr>
                <w:lang w:val="pl-PL"/>
              </w:rPr>
            </w:pPr>
          </w:p>
        </w:tc>
        <w:tc>
          <w:tcPr>
            <w:tcW w:w="2292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ACE74A" w14:textId="77777777" w:rsidR="003630EA" w:rsidRPr="003B4F64" w:rsidRDefault="003630EA" w:rsidP="00B020C3">
            <w:pPr>
              <w:spacing w:after="0"/>
              <w:jc w:val="right"/>
              <w:rPr>
                <w:lang w:val="pl-PL"/>
              </w:rPr>
            </w:pPr>
          </w:p>
        </w:tc>
      </w:tr>
      <w:tr w:rsidR="00B020C3" w:rsidRPr="003B4F64" w14:paraId="1285F8F0" w14:textId="77777777" w:rsidTr="00B020C3">
        <w:trPr>
          <w:trHeight w:val="604"/>
          <w:jc w:val="center"/>
        </w:trPr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C0F09B" w14:textId="41D331AF" w:rsidR="00B020C3" w:rsidRPr="003B4F64" w:rsidRDefault="00B020C3">
            <w:pPr>
              <w:spacing w:after="0"/>
              <w:jc w:val="center"/>
              <w:rPr>
                <w:sz w:val="14"/>
                <w:lang w:val="pl-PL"/>
              </w:rPr>
            </w:pPr>
            <w:r>
              <w:rPr>
                <w:sz w:val="14"/>
                <w:lang w:val="pl-PL"/>
              </w:rPr>
              <w:t>7</w:t>
            </w:r>
          </w:p>
        </w:tc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DB2248" w14:textId="77777777" w:rsidR="00B020C3" w:rsidRPr="003B4F64" w:rsidRDefault="00B020C3" w:rsidP="00B020C3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BEF1EF" w14:textId="77777777" w:rsidR="00B020C3" w:rsidRPr="003B4F64" w:rsidRDefault="00B020C3" w:rsidP="00B020C3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2880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542621" w14:textId="77777777" w:rsidR="00B020C3" w:rsidRPr="003B4F64" w:rsidRDefault="00B020C3">
            <w:pPr>
              <w:spacing w:after="0"/>
              <w:rPr>
                <w:lang w:val="pl-PL"/>
              </w:rPr>
            </w:pPr>
          </w:p>
        </w:tc>
        <w:tc>
          <w:tcPr>
            <w:tcW w:w="2292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47A4B0" w14:textId="77777777" w:rsidR="00B020C3" w:rsidRPr="003B4F64" w:rsidRDefault="00B020C3" w:rsidP="00B020C3">
            <w:pPr>
              <w:spacing w:after="0"/>
              <w:jc w:val="right"/>
              <w:rPr>
                <w:lang w:val="pl-PL"/>
              </w:rPr>
            </w:pPr>
          </w:p>
        </w:tc>
      </w:tr>
      <w:tr w:rsidR="00B020C3" w:rsidRPr="003B4F64" w14:paraId="61DFB2C6" w14:textId="77777777" w:rsidTr="00B020C3">
        <w:trPr>
          <w:trHeight w:val="604"/>
          <w:jc w:val="center"/>
        </w:trPr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1AFC3F" w14:textId="5E25DFA8" w:rsidR="00B020C3" w:rsidRPr="003B4F64" w:rsidRDefault="00B020C3">
            <w:pPr>
              <w:spacing w:after="0"/>
              <w:jc w:val="center"/>
              <w:rPr>
                <w:sz w:val="14"/>
                <w:lang w:val="pl-PL"/>
              </w:rPr>
            </w:pPr>
            <w:r>
              <w:rPr>
                <w:sz w:val="14"/>
                <w:lang w:val="pl-PL"/>
              </w:rPr>
              <w:t>8</w:t>
            </w:r>
          </w:p>
        </w:tc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4BBE72" w14:textId="77777777" w:rsidR="00B020C3" w:rsidRPr="003B4F64" w:rsidRDefault="00B020C3" w:rsidP="00B020C3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D61925" w14:textId="77777777" w:rsidR="00B020C3" w:rsidRPr="003B4F64" w:rsidRDefault="00B020C3" w:rsidP="00B020C3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2880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8F727D" w14:textId="77777777" w:rsidR="00B020C3" w:rsidRPr="003B4F64" w:rsidRDefault="00B020C3">
            <w:pPr>
              <w:spacing w:after="0"/>
              <w:rPr>
                <w:lang w:val="pl-PL"/>
              </w:rPr>
            </w:pPr>
          </w:p>
        </w:tc>
        <w:tc>
          <w:tcPr>
            <w:tcW w:w="2292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27FB47" w14:textId="77777777" w:rsidR="00B020C3" w:rsidRPr="003B4F64" w:rsidRDefault="00B020C3" w:rsidP="00B020C3">
            <w:pPr>
              <w:spacing w:after="0"/>
              <w:jc w:val="right"/>
              <w:rPr>
                <w:lang w:val="pl-PL"/>
              </w:rPr>
            </w:pPr>
          </w:p>
        </w:tc>
      </w:tr>
      <w:tr w:rsidR="00B020C3" w:rsidRPr="003B4F64" w14:paraId="4812E4BD" w14:textId="77777777" w:rsidTr="00B020C3">
        <w:trPr>
          <w:trHeight w:val="604"/>
          <w:jc w:val="center"/>
        </w:trPr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E3BA8B" w14:textId="6E021C00" w:rsidR="00B020C3" w:rsidRPr="003B4F64" w:rsidRDefault="00B020C3">
            <w:pPr>
              <w:spacing w:after="0"/>
              <w:jc w:val="center"/>
              <w:rPr>
                <w:sz w:val="14"/>
                <w:lang w:val="pl-PL"/>
              </w:rPr>
            </w:pPr>
            <w:r>
              <w:rPr>
                <w:sz w:val="14"/>
                <w:lang w:val="pl-PL"/>
              </w:rPr>
              <w:t>9</w:t>
            </w:r>
          </w:p>
        </w:tc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785492" w14:textId="77777777" w:rsidR="00B020C3" w:rsidRPr="003B4F64" w:rsidRDefault="00B020C3" w:rsidP="00B020C3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511212" w14:textId="77777777" w:rsidR="00B020C3" w:rsidRPr="003B4F64" w:rsidRDefault="00B020C3" w:rsidP="00B020C3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2880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2F1CC0" w14:textId="77777777" w:rsidR="00B020C3" w:rsidRPr="003B4F64" w:rsidRDefault="00B020C3">
            <w:pPr>
              <w:spacing w:after="0"/>
              <w:rPr>
                <w:lang w:val="pl-PL"/>
              </w:rPr>
            </w:pPr>
          </w:p>
        </w:tc>
        <w:tc>
          <w:tcPr>
            <w:tcW w:w="2292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6EADEC" w14:textId="77777777" w:rsidR="00B020C3" w:rsidRPr="003B4F64" w:rsidRDefault="00B020C3" w:rsidP="00B020C3">
            <w:pPr>
              <w:spacing w:after="0"/>
              <w:jc w:val="right"/>
              <w:rPr>
                <w:lang w:val="pl-PL"/>
              </w:rPr>
            </w:pPr>
          </w:p>
        </w:tc>
      </w:tr>
      <w:tr w:rsidR="00B020C3" w:rsidRPr="003B4F64" w14:paraId="09269586" w14:textId="77777777" w:rsidTr="00B020C3">
        <w:trPr>
          <w:trHeight w:val="604"/>
          <w:jc w:val="center"/>
        </w:trPr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53D21C" w14:textId="2DA90981" w:rsidR="00B020C3" w:rsidRPr="003B4F64" w:rsidRDefault="00B020C3">
            <w:pPr>
              <w:spacing w:after="0"/>
              <w:jc w:val="center"/>
              <w:rPr>
                <w:sz w:val="14"/>
                <w:lang w:val="pl-PL"/>
              </w:rPr>
            </w:pPr>
            <w:r>
              <w:rPr>
                <w:sz w:val="14"/>
                <w:lang w:val="pl-PL"/>
              </w:rPr>
              <w:t>10</w:t>
            </w:r>
          </w:p>
        </w:tc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B0752E" w14:textId="77777777" w:rsidR="00B020C3" w:rsidRPr="003B4F64" w:rsidRDefault="00B020C3" w:rsidP="00B020C3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8C4CF6" w14:textId="77777777" w:rsidR="00B020C3" w:rsidRPr="003B4F64" w:rsidRDefault="00B020C3" w:rsidP="00B020C3">
            <w:pPr>
              <w:spacing w:after="0"/>
              <w:jc w:val="right"/>
              <w:rPr>
                <w:lang w:val="pl-PL"/>
              </w:rPr>
            </w:pPr>
          </w:p>
        </w:tc>
        <w:tc>
          <w:tcPr>
            <w:tcW w:w="2880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715EBE" w14:textId="77777777" w:rsidR="00B020C3" w:rsidRPr="003B4F64" w:rsidRDefault="00B020C3">
            <w:pPr>
              <w:spacing w:after="0"/>
              <w:rPr>
                <w:lang w:val="pl-PL"/>
              </w:rPr>
            </w:pPr>
          </w:p>
        </w:tc>
        <w:tc>
          <w:tcPr>
            <w:tcW w:w="2292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4C9617" w14:textId="77777777" w:rsidR="00B020C3" w:rsidRPr="003B4F64" w:rsidRDefault="00B020C3" w:rsidP="00B020C3">
            <w:pPr>
              <w:spacing w:after="0"/>
              <w:jc w:val="right"/>
              <w:rPr>
                <w:lang w:val="pl-PL"/>
              </w:rPr>
            </w:pPr>
          </w:p>
        </w:tc>
      </w:tr>
    </w:tbl>
    <w:p w14:paraId="4228AA1F" w14:textId="11B2610A" w:rsidR="00306873" w:rsidRPr="00B020C3" w:rsidRDefault="00000000">
      <w:pPr>
        <w:spacing w:before="60" w:after="0"/>
        <w:rPr>
          <w:sz w:val="16"/>
          <w:szCs w:val="16"/>
          <w:lang w:val="pl-PL"/>
        </w:rPr>
      </w:pPr>
      <w:r w:rsidRPr="00B020C3">
        <w:rPr>
          <w:b/>
          <w:sz w:val="16"/>
          <w:szCs w:val="16"/>
          <w:lang w:val="pl-PL"/>
        </w:rPr>
        <w:t xml:space="preserve">Sposób wypłaty – przykładowe oznaczenia: </w:t>
      </w:r>
      <w:r w:rsidRPr="00B020C3">
        <w:rPr>
          <w:sz w:val="16"/>
          <w:szCs w:val="16"/>
          <w:lang w:val="pl-PL"/>
        </w:rPr>
        <w:t xml:space="preserve">zaliczka / na podstawie faktury lub dokumentu równoważnego / bezpośrednio na rzecz kontrahenta – zgodnie z decyzją BARR S.A. i aktualnymi postanowieniami Regulaminu oraz Umowy </w:t>
      </w:r>
      <w:r w:rsidR="00B020C3">
        <w:rPr>
          <w:sz w:val="16"/>
          <w:szCs w:val="16"/>
          <w:lang w:val="pl-PL"/>
        </w:rPr>
        <w:t>p</w:t>
      </w:r>
      <w:r w:rsidRPr="00B020C3">
        <w:rPr>
          <w:sz w:val="16"/>
          <w:szCs w:val="16"/>
          <w:lang w:val="pl-PL"/>
        </w:rPr>
        <w:t>ożyczki.</w:t>
      </w:r>
    </w:p>
    <w:p w14:paraId="2D13466C" w14:textId="77777777" w:rsidR="00306873" w:rsidRPr="003B4F64" w:rsidRDefault="00306873">
      <w:pPr>
        <w:rPr>
          <w:lang w:val="pl-PL"/>
        </w:rPr>
        <w:sectPr w:rsidR="00306873" w:rsidRPr="003B4F64">
          <w:headerReference w:type="default" r:id="rId8"/>
          <w:footerReference w:type="default" r:id="rId9"/>
          <w:pgSz w:w="15840" w:h="12240" w:orient="landscape"/>
          <w:pgMar w:top="936" w:right="648" w:bottom="1080" w:left="648" w:header="360" w:footer="360" w:gutter="0"/>
          <w:cols w:space="720"/>
          <w:docGrid w:linePitch="360"/>
        </w:sectPr>
      </w:pPr>
    </w:p>
    <w:p w14:paraId="57816AEF" w14:textId="77777777" w:rsidR="00306873" w:rsidRPr="0015713E" w:rsidRDefault="00000000">
      <w:pPr>
        <w:keepNext/>
        <w:spacing w:before="160" w:after="80"/>
        <w:rPr>
          <w:sz w:val="16"/>
          <w:szCs w:val="20"/>
          <w:lang w:val="pl-PL"/>
        </w:rPr>
      </w:pPr>
      <w:r w:rsidRPr="0015713E">
        <w:rPr>
          <w:b/>
          <w:sz w:val="20"/>
          <w:szCs w:val="20"/>
          <w:lang w:val="pl-PL"/>
        </w:rPr>
        <w:lastRenderedPageBreak/>
        <w:t>7. Wydłużenie terminu rozliczenia – jeżeli dotyczy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40"/>
        <w:gridCol w:w="7200"/>
      </w:tblGrid>
      <w:tr w:rsidR="003B4F64" w:rsidRPr="003B4F64" w14:paraId="2319A620" w14:textId="77777777">
        <w:trPr>
          <w:jc w:val="center"/>
        </w:trPr>
        <w:tc>
          <w:tcPr>
            <w:tcW w:w="3240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F03A87" w14:textId="7C4AED43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b/>
                <w:sz w:val="16"/>
                <w:lang w:val="pl-PL"/>
              </w:rPr>
              <w:t xml:space="preserve">Czy przewidywany termin rozliczenia mieści się w </w:t>
            </w:r>
            <w:r w:rsidR="0015713E">
              <w:rPr>
                <w:b/>
                <w:sz w:val="16"/>
                <w:lang w:val="pl-PL"/>
              </w:rPr>
              <w:t>36</w:t>
            </w:r>
            <w:r w:rsidRPr="003B4F64">
              <w:rPr>
                <w:b/>
                <w:sz w:val="16"/>
                <w:lang w:val="pl-PL"/>
              </w:rPr>
              <w:t xml:space="preserve">0 dniach od uruchomienia </w:t>
            </w:r>
            <w:r w:rsidR="0015713E" w:rsidRPr="003B4F64">
              <w:rPr>
                <w:b/>
                <w:sz w:val="16"/>
                <w:lang w:val="pl-PL"/>
              </w:rPr>
              <w:t>J</w:t>
            </w:r>
            <w:r w:rsidR="0015713E">
              <w:rPr>
                <w:b/>
                <w:sz w:val="16"/>
                <w:lang w:val="pl-PL"/>
              </w:rPr>
              <w:t>ednostkowej Pożyczki</w:t>
            </w:r>
            <w:r w:rsidRPr="003B4F64">
              <w:rPr>
                <w:b/>
                <w:sz w:val="16"/>
                <w:lang w:val="pl-PL"/>
              </w:rPr>
              <w:t>?</w:t>
            </w:r>
          </w:p>
        </w:tc>
        <w:tc>
          <w:tcPr>
            <w:tcW w:w="7200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020F82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sz w:val="16"/>
                <w:lang w:val="pl-PL"/>
              </w:rPr>
              <w:t>☐ TAK     ☐ NIE</w:t>
            </w:r>
          </w:p>
        </w:tc>
      </w:tr>
      <w:tr w:rsidR="003B4F64" w:rsidRPr="003B4F64" w14:paraId="05F48015" w14:textId="77777777">
        <w:trPr>
          <w:jc w:val="center"/>
        </w:trPr>
        <w:tc>
          <w:tcPr>
            <w:tcW w:w="3240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06E06F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b/>
                <w:sz w:val="16"/>
                <w:lang w:val="pl-PL"/>
              </w:rPr>
              <w:t>Wnioskowany / zaakceptowany termin rozliczenia</w:t>
            </w:r>
          </w:p>
        </w:tc>
        <w:tc>
          <w:tcPr>
            <w:tcW w:w="7200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DCCEC0" w14:textId="17D7F5BF" w:rsidR="00306873" w:rsidRPr="003B4F64" w:rsidRDefault="00306873">
            <w:pPr>
              <w:spacing w:after="0"/>
              <w:rPr>
                <w:lang w:val="pl-PL"/>
              </w:rPr>
            </w:pPr>
          </w:p>
        </w:tc>
      </w:tr>
      <w:tr w:rsidR="003B4F64" w:rsidRPr="003B4F64" w14:paraId="3D025BF0" w14:textId="77777777">
        <w:trPr>
          <w:jc w:val="center"/>
        </w:trPr>
        <w:tc>
          <w:tcPr>
            <w:tcW w:w="3240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E2616D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b/>
                <w:sz w:val="16"/>
                <w:lang w:val="pl-PL"/>
              </w:rPr>
              <w:t>Data wniosku Pożyczkobiorcy o wydłużenie</w:t>
            </w:r>
          </w:p>
        </w:tc>
        <w:tc>
          <w:tcPr>
            <w:tcW w:w="7200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C0441F" w14:textId="7E71EA49" w:rsidR="00306873" w:rsidRPr="003B4F64" w:rsidRDefault="00306873">
            <w:pPr>
              <w:spacing w:after="0"/>
              <w:rPr>
                <w:lang w:val="pl-PL"/>
              </w:rPr>
            </w:pPr>
          </w:p>
        </w:tc>
      </w:tr>
      <w:tr w:rsidR="003B4F64" w:rsidRPr="003B4F64" w14:paraId="1B09499E" w14:textId="77777777" w:rsidTr="00A95BB5">
        <w:trPr>
          <w:jc w:val="center"/>
        </w:trPr>
        <w:tc>
          <w:tcPr>
            <w:tcW w:w="3240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42F928" w14:textId="77777777" w:rsidR="00306873" w:rsidRDefault="00000000">
            <w:pPr>
              <w:spacing w:after="0"/>
              <w:rPr>
                <w:b/>
                <w:sz w:val="16"/>
                <w:lang w:val="pl-PL"/>
              </w:rPr>
            </w:pPr>
            <w:r w:rsidRPr="003B4F64">
              <w:rPr>
                <w:b/>
                <w:sz w:val="16"/>
                <w:lang w:val="pl-PL"/>
              </w:rPr>
              <w:t>Decyzja BARR S.A. / data</w:t>
            </w:r>
          </w:p>
          <w:p w14:paraId="1E8DD7A3" w14:textId="1E9DFC89" w:rsidR="00A95BB5" w:rsidRPr="00A95BB5" w:rsidRDefault="00A95BB5">
            <w:pPr>
              <w:spacing w:after="0"/>
              <w:rPr>
                <w:bCs/>
                <w:i/>
                <w:iCs/>
                <w:lang w:val="pl-PL"/>
              </w:rPr>
            </w:pPr>
            <w:r w:rsidRPr="00A95BB5">
              <w:rPr>
                <w:bCs/>
                <w:i/>
                <w:iCs/>
                <w:sz w:val="16"/>
                <w:lang w:val="pl-PL"/>
              </w:rPr>
              <w:t>(wypełnia BARR S.A.)</w:t>
            </w:r>
          </w:p>
        </w:tc>
        <w:tc>
          <w:tcPr>
            <w:tcW w:w="7200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shd w:val="clear" w:color="auto" w:fill="BFBFBF" w:themeFill="background1" w:themeFillShade="B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964CB3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sz w:val="16"/>
                <w:lang w:val="pl-PL"/>
              </w:rPr>
              <w:t>☐ zaakceptowano     ☐ odmówiono     data: ........................................................</w:t>
            </w:r>
          </w:p>
        </w:tc>
      </w:tr>
      <w:tr w:rsidR="003B4F64" w:rsidRPr="003B4F64" w14:paraId="363E39F7" w14:textId="77777777" w:rsidTr="00A95BB5">
        <w:trPr>
          <w:jc w:val="center"/>
        </w:trPr>
        <w:tc>
          <w:tcPr>
            <w:tcW w:w="3240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0C073A" w14:textId="77777777" w:rsidR="00306873" w:rsidRDefault="00000000">
            <w:pPr>
              <w:spacing w:after="0"/>
              <w:rPr>
                <w:b/>
                <w:sz w:val="16"/>
                <w:lang w:val="pl-PL"/>
              </w:rPr>
            </w:pPr>
            <w:r w:rsidRPr="003B4F64">
              <w:rPr>
                <w:b/>
                <w:sz w:val="16"/>
                <w:lang w:val="pl-PL"/>
              </w:rPr>
              <w:t>Zgoda Menadżera – jeżeli termin przekracza 360 dni</w:t>
            </w:r>
          </w:p>
          <w:p w14:paraId="4E59FD07" w14:textId="047E2413" w:rsidR="00A95BB5" w:rsidRPr="003B4F64" w:rsidRDefault="00A95BB5">
            <w:pPr>
              <w:spacing w:after="0"/>
              <w:rPr>
                <w:lang w:val="pl-PL"/>
              </w:rPr>
            </w:pPr>
            <w:r w:rsidRPr="00A95BB5">
              <w:rPr>
                <w:bCs/>
                <w:i/>
                <w:iCs/>
                <w:sz w:val="16"/>
                <w:lang w:val="pl-PL"/>
              </w:rPr>
              <w:t>(wypełnia BARR S.A.)</w:t>
            </w:r>
          </w:p>
        </w:tc>
        <w:tc>
          <w:tcPr>
            <w:tcW w:w="7200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shd w:val="clear" w:color="auto" w:fill="BFBFBF" w:themeFill="background1" w:themeFillShade="B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4CCC15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sz w:val="16"/>
                <w:lang w:val="pl-PL"/>
              </w:rPr>
              <w:t>☐ nie dotyczy     ☐ uzyskano     data: ........................................................</w:t>
            </w:r>
          </w:p>
        </w:tc>
      </w:tr>
    </w:tbl>
    <w:p w14:paraId="169FB7AD" w14:textId="77777777" w:rsidR="00243948" w:rsidRDefault="00243948">
      <w:pPr>
        <w:rPr>
          <w:b/>
          <w:sz w:val="17"/>
          <w:lang w:val="pl-PL"/>
        </w:rPr>
      </w:pPr>
    </w:p>
    <w:p w14:paraId="0C4287C9" w14:textId="5E91B37D" w:rsidR="00306873" w:rsidRPr="0015713E" w:rsidRDefault="00000000">
      <w:pPr>
        <w:rPr>
          <w:b/>
          <w:sz w:val="16"/>
          <w:szCs w:val="16"/>
          <w:lang w:val="pl-PL"/>
        </w:rPr>
      </w:pPr>
      <w:r w:rsidRPr="0015713E">
        <w:rPr>
          <w:b/>
          <w:sz w:val="16"/>
          <w:szCs w:val="16"/>
          <w:lang w:val="pl-PL"/>
        </w:rPr>
        <w:t>Uzasadnienie wydłużenia terminu</w:t>
      </w:r>
      <w:r w:rsidR="00243948" w:rsidRPr="0015713E">
        <w:rPr>
          <w:b/>
          <w:sz w:val="16"/>
          <w:szCs w:val="16"/>
          <w:lang w:val="pl-PL"/>
        </w:rPr>
        <w:t xml:space="preserve"> </w:t>
      </w:r>
      <w:r w:rsidR="00243948" w:rsidRPr="0015713E">
        <w:rPr>
          <w:bCs/>
          <w:i/>
          <w:iCs/>
          <w:sz w:val="16"/>
          <w:szCs w:val="16"/>
          <w:lang w:val="pl-PL"/>
        </w:rPr>
        <w:t>(wypełnia Pożyczkobiorca)</w:t>
      </w:r>
      <w:r w:rsidRPr="0015713E">
        <w:rPr>
          <w:b/>
          <w:sz w:val="16"/>
          <w:szCs w:val="16"/>
          <w:lang w:val="pl-PL"/>
        </w:rPr>
        <w:t>:</w:t>
      </w:r>
    </w:p>
    <w:p w14:paraId="03BAC0FF" w14:textId="7143F23A" w:rsidR="00243948" w:rsidRPr="0015713E" w:rsidRDefault="00243948">
      <w:pPr>
        <w:rPr>
          <w:bCs/>
          <w:szCs w:val="18"/>
          <w:lang w:val="pl-PL"/>
        </w:rPr>
      </w:pPr>
      <w:r w:rsidRPr="0015713E">
        <w:rPr>
          <w:bCs/>
          <w:szCs w:val="18"/>
          <w:lang w:val="pl-PL"/>
        </w:rPr>
        <w:t>………………………………………………………………………………………………………………………………..……………………………………………………………</w:t>
      </w:r>
    </w:p>
    <w:p w14:paraId="27623558" w14:textId="77777777" w:rsidR="0015713E" w:rsidRPr="0015713E" w:rsidRDefault="0015713E" w:rsidP="0015713E">
      <w:pPr>
        <w:rPr>
          <w:bCs/>
          <w:szCs w:val="18"/>
          <w:lang w:val="pl-PL"/>
        </w:rPr>
      </w:pPr>
      <w:r w:rsidRPr="0015713E">
        <w:rPr>
          <w:bCs/>
          <w:szCs w:val="18"/>
          <w:lang w:val="pl-PL"/>
        </w:rPr>
        <w:t>………………………………………………………………………………………………………………………………..……………………………………………………………</w:t>
      </w:r>
    </w:p>
    <w:p w14:paraId="7DA5378C" w14:textId="77777777" w:rsidR="0015713E" w:rsidRPr="0015713E" w:rsidRDefault="0015713E" w:rsidP="0015713E">
      <w:pPr>
        <w:rPr>
          <w:bCs/>
          <w:szCs w:val="18"/>
          <w:lang w:val="pl-PL"/>
        </w:rPr>
      </w:pPr>
      <w:r w:rsidRPr="0015713E">
        <w:rPr>
          <w:bCs/>
          <w:szCs w:val="18"/>
          <w:lang w:val="pl-PL"/>
        </w:rPr>
        <w:t>………………………………………………………………………………………………………………………………..……………………………………………………………</w:t>
      </w:r>
    </w:p>
    <w:p w14:paraId="4650FA1C" w14:textId="77777777" w:rsidR="0015713E" w:rsidRPr="0015713E" w:rsidRDefault="0015713E" w:rsidP="0015713E">
      <w:pPr>
        <w:rPr>
          <w:bCs/>
          <w:szCs w:val="18"/>
          <w:lang w:val="pl-PL"/>
        </w:rPr>
      </w:pPr>
      <w:r w:rsidRPr="0015713E">
        <w:rPr>
          <w:bCs/>
          <w:szCs w:val="18"/>
          <w:lang w:val="pl-PL"/>
        </w:rPr>
        <w:t>………………………………………………………………………………………………………………………………..……………………………………………………………</w:t>
      </w:r>
    </w:p>
    <w:p w14:paraId="2B97CE94" w14:textId="77777777" w:rsidR="0015713E" w:rsidRPr="0015713E" w:rsidRDefault="0015713E" w:rsidP="0015713E">
      <w:pPr>
        <w:rPr>
          <w:bCs/>
          <w:szCs w:val="18"/>
          <w:lang w:val="pl-PL"/>
        </w:rPr>
      </w:pPr>
      <w:r w:rsidRPr="0015713E">
        <w:rPr>
          <w:bCs/>
          <w:szCs w:val="18"/>
          <w:lang w:val="pl-PL"/>
        </w:rPr>
        <w:t>………………………………………………………………………………………………………………………………..……………………………………………………………</w:t>
      </w:r>
    </w:p>
    <w:p w14:paraId="79DCC566" w14:textId="77777777" w:rsidR="0015713E" w:rsidRPr="0015713E" w:rsidRDefault="0015713E" w:rsidP="0015713E">
      <w:pPr>
        <w:rPr>
          <w:bCs/>
          <w:szCs w:val="18"/>
          <w:lang w:val="pl-PL"/>
        </w:rPr>
      </w:pPr>
      <w:r w:rsidRPr="0015713E">
        <w:rPr>
          <w:bCs/>
          <w:szCs w:val="18"/>
          <w:lang w:val="pl-PL"/>
        </w:rPr>
        <w:t>………………………………………………………………………………………………………………………………..……………………………………………………………</w:t>
      </w:r>
    </w:p>
    <w:p w14:paraId="258DDEC1" w14:textId="77777777" w:rsidR="0015713E" w:rsidRPr="0015713E" w:rsidRDefault="0015713E" w:rsidP="0015713E">
      <w:pPr>
        <w:rPr>
          <w:bCs/>
          <w:szCs w:val="18"/>
          <w:lang w:val="pl-PL"/>
        </w:rPr>
      </w:pPr>
      <w:r w:rsidRPr="0015713E">
        <w:rPr>
          <w:bCs/>
          <w:szCs w:val="18"/>
          <w:lang w:val="pl-PL"/>
        </w:rPr>
        <w:t>………………………………………………………………………………………………………………………………..……………………………………………………………</w:t>
      </w:r>
    </w:p>
    <w:p w14:paraId="4EA75FF7" w14:textId="77777777" w:rsidR="0015713E" w:rsidRPr="0015713E" w:rsidRDefault="0015713E" w:rsidP="0015713E">
      <w:pPr>
        <w:rPr>
          <w:bCs/>
          <w:szCs w:val="18"/>
          <w:lang w:val="pl-PL"/>
        </w:rPr>
      </w:pPr>
      <w:r w:rsidRPr="0015713E">
        <w:rPr>
          <w:bCs/>
          <w:szCs w:val="18"/>
          <w:lang w:val="pl-PL"/>
        </w:rPr>
        <w:t>………………………………………………………………………………………………………………………………..……………………………………………………………</w:t>
      </w:r>
    </w:p>
    <w:p w14:paraId="06195602" w14:textId="77777777" w:rsidR="0015713E" w:rsidRPr="0015713E" w:rsidRDefault="0015713E" w:rsidP="0015713E">
      <w:pPr>
        <w:rPr>
          <w:bCs/>
          <w:szCs w:val="18"/>
          <w:lang w:val="pl-PL"/>
        </w:rPr>
      </w:pPr>
      <w:r w:rsidRPr="0015713E">
        <w:rPr>
          <w:bCs/>
          <w:szCs w:val="18"/>
          <w:lang w:val="pl-PL"/>
        </w:rPr>
        <w:t>………………………………………………………………………………………………………………………………..……………………………………………………………</w:t>
      </w:r>
    </w:p>
    <w:p w14:paraId="150544F3" w14:textId="77777777" w:rsidR="0015713E" w:rsidRPr="0015713E" w:rsidRDefault="0015713E" w:rsidP="0015713E">
      <w:pPr>
        <w:rPr>
          <w:bCs/>
          <w:szCs w:val="18"/>
          <w:lang w:val="pl-PL"/>
        </w:rPr>
      </w:pPr>
      <w:r w:rsidRPr="0015713E">
        <w:rPr>
          <w:bCs/>
          <w:szCs w:val="18"/>
          <w:lang w:val="pl-PL"/>
        </w:rPr>
        <w:t>………………………………………………………………………………………………………………………………..……………………………………………………………</w:t>
      </w:r>
    </w:p>
    <w:p w14:paraId="0632D6ED" w14:textId="77777777" w:rsidR="0015713E" w:rsidRPr="0015713E" w:rsidRDefault="0015713E" w:rsidP="0015713E">
      <w:pPr>
        <w:rPr>
          <w:bCs/>
          <w:szCs w:val="18"/>
          <w:lang w:val="pl-PL"/>
        </w:rPr>
      </w:pPr>
      <w:r w:rsidRPr="0015713E">
        <w:rPr>
          <w:bCs/>
          <w:szCs w:val="18"/>
          <w:lang w:val="pl-PL"/>
        </w:rPr>
        <w:t>………………………………………………………………………………………………………………………………..……………………………………………………………</w:t>
      </w:r>
    </w:p>
    <w:p w14:paraId="676C01DC" w14:textId="77777777" w:rsidR="0015713E" w:rsidRPr="0015713E" w:rsidRDefault="0015713E" w:rsidP="0015713E">
      <w:pPr>
        <w:rPr>
          <w:bCs/>
          <w:szCs w:val="18"/>
          <w:lang w:val="pl-PL"/>
        </w:rPr>
      </w:pPr>
      <w:r w:rsidRPr="0015713E">
        <w:rPr>
          <w:bCs/>
          <w:szCs w:val="18"/>
          <w:lang w:val="pl-PL"/>
        </w:rPr>
        <w:t>………………………………………………………………………………………………………………………………..……………………………………………………………</w:t>
      </w:r>
    </w:p>
    <w:p w14:paraId="359044DE" w14:textId="77777777" w:rsidR="0015713E" w:rsidRPr="0015713E" w:rsidRDefault="0015713E" w:rsidP="0015713E">
      <w:pPr>
        <w:rPr>
          <w:bCs/>
          <w:szCs w:val="18"/>
          <w:lang w:val="pl-PL"/>
        </w:rPr>
      </w:pPr>
      <w:r w:rsidRPr="0015713E">
        <w:rPr>
          <w:bCs/>
          <w:szCs w:val="18"/>
          <w:lang w:val="pl-PL"/>
        </w:rPr>
        <w:t>………………………………………………………………………………………………………………………………..……………………………………………………………</w:t>
      </w:r>
    </w:p>
    <w:p w14:paraId="7AAEBA5B" w14:textId="77777777" w:rsidR="0015713E" w:rsidRPr="0015713E" w:rsidRDefault="0015713E" w:rsidP="0015713E">
      <w:pPr>
        <w:rPr>
          <w:bCs/>
          <w:szCs w:val="18"/>
          <w:lang w:val="pl-PL"/>
        </w:rPr>
      </w:pPr>
      <w:r w:rsidRPr="0015713E">
        <w:rPr>
          <w:bCs/>
          <w:szCs w:val="18"/>
          <w:lang w:val="pl-PL"/>
        </w:rPr>
        <w:t>………………………………………………………………………………………………………………………………..……………………………………………………………</w:t>
      </w:r>
    </w:p>
    <w:p w14:paraId="1C3040BA" w14:textId="77777777" w:rsidR="0015713E" w:rsidRPr="0015713E" w:rsidRDefault="0015713E" w:rsidP="0015713E">
      <w:pPr>
        <w:rPr>
          <w:bCs/>
          <w:szCs w:val="18"/>
          <w:lang w:val="pl-PL"/>
        </w:rPr>
      </w:pPr>
      <w:r w:rsidRPr="0015713E">
        <w:rPr>
          <w:bCs/>
          <w:szCs w:val="18"/>
          <w:lang w:val="pl-PL"/>
        </w:rPr>
        <w:t>………………………………………………………………………………………………………………………………..……………………………………………………………</w:t>
      </w:r>
    </w:p>
    <w:p w14:paraId="022FE93B" w14:textId="77777777" w:rsidR="0015713E" w:rsidRPr="0015713E" w:rsidRDefault="0015713E" w:rsidP="0015713E">
      <w:pPr>
        <w:rPr>
          <w:bCs/>
          <w:szCs w:val="18"/>
          <w:lang w:val="pl-PL"/>
        </w:rPr>
      </w:pPr>
      <w:r w:rsidRPr="0015713E">
        <w:rPr>
          <w:bCs/>
          <w:szCs w:val="18"/>
          <w:lang w:val="pl-PL"/>
        </w:rPr>
        <w:t>………………………………………………………………………………………………………………………………..……………………………………………………………</w:t>
      </w:r>
    </w:p>
    <w:p w14:paraId="03131EC1" w14:textId="77777777" w:rsidR="0015713E" w:rsidRPr="0015713E" w:rsidRDefault="0015713E" w:rsidP="0015713E">
      <w:pPr>
        <w:rPr>
          <w:bCs/>
          <w:szCs w:val="18"/>
          <w:lang w:val="pl-PL"/>
        </w:rPr>
      </w:pPr>
      <w:r w:rsidRPr="0015713E">
        <w:rPr>
          <w:bCs/>
          <w:szCs w:val="18"/>
          <w:lang w:val="pl-PL"/>
        </w:rPr>
        <w:t>………………………………………………………………………………………………………………………………..……………………………………………………………</w:t>
      </w:r>
    </w:p>
    <w:p w14:paraId="0F8F8CF0" w14:textId="77777777" w:rsidR="0015713E" w:rsidRPr="0015713E" w:rsidRDefault="0015713E" w:rsidP="0015713E">
      <w:pPr>
        <w:rPr>
          <w:bCs/>
          <w:szCs w:val="18"/>
          <w:lang w:val="pl-PL"/>
        </w:rPr>
      </w:pPr>
      <w:r w:rsidRPr="0015713E">
        <w:rPr>
          <w:bCs/>
          <w:szCs w:val="18"/>
          <w:lang w:val="pl-PL"/>
        </w:rPr>
        <w:t>………………………………………………………………………………………………………………………………..……………………………………………………………</w:t>
      </w:r>
    </w:p>
    <w:p w14:paraId="111E8DDB" w14:textId="77777777" w:rsidR="0015713E" w:rsidRPr="0015713E" w:rsidRDefault="0015713E" w:rsidP="0015713E">
      <w:pPr>
        <w:rPr>
          <w:bCs/>
          <w:szCs w:val="18"/>
          <w:lang w:val="pl-PL"/>
        </w:rPr>
      </w:pPr>
      <w:r w:rsidRPr="0015713E">
        <w:rPr>
          <w:bCs/>
          <w:szCs w:val="18"/>
          <w:lang w:val="pl-PL"/>
        </w:rPr>
        <w:t>………………………………………………………………………………………………………………………………..……………………………………………………………</w:t>
      </w:r>
    </w:p>
    <w:p w14:paraId="5C34BF07" w14:textId="77777777" w:rsidR="0015713E" w:rsidRPr="0015713E" w:rsidRDefault="0015713E" w:rsidP="0015713E">
      <w:pPr>
        <w:rPr>
          <w:bCs/>
          <w:szCs w:val="18"/>
          <w:lang w:val="pl-PL"/>
        </w:rPr>
      </w:pPr>
      <w:r w:rsidRPr="0015713E">
        <w:rPr>
          <w:bCs/>
          <w:szCs w:val="18"/>
          <w:lang w:val="pl-PL"/>
        </w:rPr>
        <w:t>………………………………………………………………………………………………………………………………..……………………………………………………………</w:t>
      </w:r>
    </w:p>
    <w:p w14:paraId="6E91473A" w14:textId="77777777" w:rsidR="0015713E" w:rsidRPr="0015713E" w:rsidRDefault="0015713E" w:rsidP="0015713E">
      <w:pPr>
        <w:rPr>
          <w:bCs/>
          <w:szCs w:val="18"/>
          <w:lang w:val="pl-PL"/>
        </w:rPr>
      </w:pPr>
      <w:r w:rsidRPr="0015713E">
        <w:rPr>
          <w:bCs/>
          <w:szCs w:val="18"/>
          <w:lang w:val="pl-PL"/>
        </w:rPr>
        <w:t>………………………………………………………………………………………………………………………………..……………………………………………………………</w:t>
      </w:r>
    </w:p>
    <w:p w14:paraId="566661F9" w14:textId="77777777" w:rsidR="0015713E" w:rsidRPr="0015713E" w:rsidRDefault="0015713E" w:rsidP="0015713E">
      <w:pPr>
        <w:rPr>
          <w:bCs/>
          <w:szCs w:val="18"/>
          <w:lang w:val="pl-PL"/>
        </w:rPr>
      </w:pPr>
      <w:r w:rsidRPr="0015713E">
        <w:rPr>
          <w:bCs/>
          <w:szCs w:val="18"/>
          <w:lang w:val="pl-PL"/>
        </w:rPr>
        <w:t>………………………………………………………………………………………………………………………………..……………………………………………………………</w:t>
      </w:r>
    </w:p>
    <w:p w14:paraId="30C9687F" w14:textId="77777777" w:rsidR="0015713E" w:rsidRPr="0015713E" w:rsidRDefault="0015713E" w:rsidP="0015713E">
      <w:pPr>
        <w:rPr>
          <w:bCs/>
          <w:szCs w:val="18"/>
          <w:lang w:val="pl-PL"/>
        </w:rPr>
      </w:pPr>
      <w:r w:rsidRPr="0015713E">
        <w:rPr>
          <w:bCs/>
          <w:szCs w:val="18"/>
          <w:lang w:val="pl-PL"/>
        </w:rPr>
        <w:t>………………………………………………………………………………………………………………………………..……………………………………………………………</w:t>
      </w:r>
    </w:p>
    <w:p w14:paraId="39BA9E36" w14:textId="77777777" w:rsidR="0015713E" w:rsidRPr="0015713E" w:rsidRDefault="0015713E" w:rsidP="0015713E">
      <w:pPr>
        <w:rPr>
          <w:bCs/>
          <w:szCs w:val="18"/>
          <w:lang w:val="pl-PL"/>
        </w:rPr>
      </w:pPr>
      <w:r w:rsidRPr="0015713E">
        <w:rPr>
          <w:bCs/>
          <w:szCs w:val="18"/>
          <w:lang w:val="pl-PL"/>
        </w:rPr>
        <w:t>………………………………………………………………………………………………………………………………..……………………………………………………………</w:t>
      </w:r>
    </w:p>
    <w:p w14:paraId="475461CC" w14:textId="77777777" w:rsidR="0015713E" w:rsidRPr="0015713E" w:rsidRDefault="0015713E" w:rsidP="0015713E">
      <w:pPr>
        <w:rPr>
          <w:bCs/>
          <w:szCs w:val="18"/>
          <w:lang w:val="pl-PL"/>
        </w:rPr>
      </w:pPr>
      <w:r w:rsidRPr="0015713E">
        <w:rPr>
          <w:bCs/>
          <w:szCs w:val="18"/>
          <w:lang w:val="pl-PL"/>
        </w:rPr>
        <w:t>………………………………………………………………………………………………………………………………..……………………………………………………………</w:t>
      </w:r>
    </w:p>
    <w:p w14:paraId="0B38A355" w14:textId="77777777" w:rsidR="0015713E" w:rsidRPr="0015713E" w:rsidRDefault="0015713E" w:rsidP="0015713E">
      <w:pPr>
        <w:rPr>
          <w:bCs/>
          <w:szCs w:val="18"/>
          <w:lang w:val="pl-PL"/>
        </w:rPr>
      </w:pPr>
      <w:r w:rsidRPr="0015713E">
        <w:rPr>
          <w:bCs/>
          <w:szCs w:val="18"/>
          <w:lang w:val="pl-PL"/>
        </w:rPr>
        <w:t>………………………………………………………………………………………………………………………………..……………………………………………………………</w:t>
      </w:r>
    </w:p>
    <w:p w14:paraId="16DEADA7" w14:textId="77777777" w:rsidR="0015713E" w:rsidRPr="0015713E" w:rsidRDefault="0015713E" w:rsidP="0015713E">
      <w:pPr>
        <w:rPr>
          <w:bCs/>
          <w:szCs w:val="18"/>
          <w:lang w:val="pl-PL"/>
        </w:rPr>
      </w:pPr>
      <w:r w:rsidRPr="0015713E">
        <w:rPr>
          <w:bCs/>
          <w:szCs w:val="18"/>
          <w:lang w:val="pl-PL"/>
        </w:rPr>
        <w:t>………………………………………………………………………………………………………………………………..……………………………………………………………</w:t>
      </w:r>
    </w:p>
    <w:p w14:paraId="77B894DD" w14:textId="77777777" w:rsidR="0015713E" w:rsidRPr="0015713E" w:rsidRDefault="0015713E" w:rsidP="0015713E">
      <w:pPr>
        <w:rPr>
          <w:bCs/>
          <w:szCs w:val="18"/>
          <w:lang w:val="pl-PL"/>
        </w:rPr>
      </w:pPr>
      <w:r w:rsidRPr="0015713E">
        <w:rPr>
          <w:bCs/>
          <w:szCs w:val="18"/>
          <w:lang w:val="pl-PL"/>
        </w:rPr>
        <w:t>………………………………………………………………………………………………………………………………..……………………………………………………………</w:t>
      </w:r>
    </w:p>
    <w:p w14:paraId="7F33E123" w14:textId="77777777" w:rsidR="0015713E" w:rsidRPr="0015713E" w:rsidRDefault="0015713E" w:rsidP="0015713E">
      <w:pPr>
        <w:rPr>
          <w:bCs/>
          <w:szCs w:val="18"/>
          <w:lang w:val="pl-PL"/>
        </w:rPr>
      </w:pPr>
      <w:r w:rsidRPr="0015713E">
        <w:rPr>
          <w:bCs/>
          <w:szCs w:val="18"/>
          <w:lang w:val="pl-PL"/>
        </w:rPr>
        <w:t>………………………………………………………………………………………………………………………………..……………………………………………………………</w:t>
      </w:r>
    </w:p>
    <w:p w14:paraId="0450E97D" w14:textId="77777777" w:rsidR="0015713E" w:rsidRPr="0015713E" w:rsidRDefault="0015713E" w:rsidP="0015713E">
      <w:pPr>
        <w:rPr>
          <w:bCs/>
          <w:szCs w:val="18"/>
          <w:lang w:val="pl-PL"/>
        </w:rPr>
      </w:pPr>
      <w:r w:rsidRPr="0015713E">
        <w:rPr>
          <w:bCs/>
          <w:szCs w:val="18"/>
          <w:lang w:val="pl-PL"/>
        </w:rPr>
        <w:t>………………………………………………………………………………………………………………………………..……………………………………………………………</w:t>
      </w:r>
    </w:p>
    <w:p w14:paraId="2A37D310" w14:textId="77777777" w:rsidR="00243948" w:rsidRPr="00243948" w:rsidRDefault="00243948">
      <w:pPr>
        <w:rPr>
          <w:bCs/>
          <w:lang w:val="pl-PL"/>
        </w:rPr>
      </w:pPr>
    </w:p>
    <w:p w14:paraId="5F73B3B2" w14:textId="77777777" w:rsidR="00306873" w:rsidRPr="00542208" w:rsidRDefault="00000000">
      <w:pPr>
        <w:keepNext/>
        <w:spacing w:before="160" w:after="80"/>
        <w:rPr>
          <w:sz w:val="16"/>
          <w:szCs w:val="20"/>
          <w:lang w:val="pl-PL"/>
        </w:rPr>
      </w:pPr>
      <w:r w:rsidRPr="00542208">
        <w:rPr>
          <w:b/>
          <w:sz w:val="20"/>
          <w:szCs w:val="20"/>
          <w:lang w:val="pl-PL"/>
        </w:rPr>
        <w:lastRenderedPageBreak/>
        <w:t>8. Aktualizacje harmonogramu i zmiany zakresu rzeczowo-finansowego</w:t>
      </w:r>
    </w:p>
    <w:tbl>
      <w:tblPr>
        <w:tblW w:w="11577" w:type="dxa"/>
        <w:jc w:val="center"/>
        <w:tblLayout w:type="fixed"/>
        <w:tblLook w:val="04A0" w:firstRow="1" w:lastRow="0" w:firstColumn="1" w:lastColumn="0" w:noHBand="0" w:noVBand="1"/>
      </w:tblPr>
      <w:tblGrid>
        <w:gridCol w:w="1028"/>
        <w:gridCol w:w="1194"/>
        <w:gridCol w:w="4476"/>
        <w:gridCol w:w="1843"/>
        <w:gridCol w:w="1843"/>
        <w:gridCol w:w="1193"/>
      </w:tblGrid>
      <w:tr w:rsidR="003B4F64" w:rsidRPr="003B4F64" w14:paraId="1449D611" w14:textId="77777777" w:rsidTr="00542208">
        <w:trPr>
          <w:tblHeader/>
          <w:jc w:val="center"/>
        </w:trPr>
        <w:tc>
          <w:tcPr>
            <w:tcW w:w="102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C1979E" w14:textId="77777777" w:rsidR="00306873" w:rsidRPr="00542208" w:rsidRDefault="00000000">
            <w:pPr>
              <w:spacing w:after="0"/>
              <w:jc w:val="center"/>
              <w:rPr>
                <w:color w:val="FFFFFF" w:themeColor="background1"/>
                <w:sz w:val="16"/>
                <w:szCs w:val="16"/>
                <w:lang w:val="pl-PL"/>
              </w:rPr>
            </w:pPr>
            <w:r w:rsidRPr="00542208">
              <w:rPr>
                <w:b/>
                <w:color w:val="FFFFFF" w:themeColor="background1"/>
                <w:sz w:val="16"/>
                <w:szCs w:val="16"/>
                <w:lang w:val="pl-PL"/>
              </w:rPr>
              <w:t>Wersja</w:t>
            </w:r>
          </w:p>
        </w:tc>
        <w:tc>
          <w:tcPr>
            <w:tcW w:w="1194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E26E14" w14:textId="77777777" w:rsidR="00306873" w:rsidRPr="00542208" w:rsidRDefault="00000000">
            <w:pPr>
              <w:spacing w:after="0"/>
              <w:jc w:val="center"/>
              <w:rPr>
                <w:color w:val="FFFFFF" w:themeColor="background1"/>
                <w:sz w:val="16"/>
                <w:szCs w:val="16"/>
                <w:lang w:val="pl-PL"/>
              </w:rPr>
            </w:pPr>
            <w:r w:rsidRPr="00542208">
              <w:rPr>
                <w:b/>
                <w:color w:val="FFFFFF" w:themeColor="background1"/>
                <w:sz w:val="16"/>
                <w:szCs w:val="16"/>
                <w:lang w:val="pl-PL"/>
              </w:rPr>
              <w:t>Data</w:t>
            </w:r>
          </w:p>
        </w:tc>
        <w:tc>
          <w:tcPr>
            <w:tcW w:w="447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A5BB7A" w14:textId="77777777" w:rsidR="00306873" w:rsidRPr="00542208" w:rsidRDefault="00000000">
            <w:pPr>
              <w:spacing w:after="0"/>
              <w:jc w:val="center"/>
              <w:rPr>
                <w:color w:val="FFFFFF" w:themeColor="background1"/>
                <w:sz w:val="16"/>
                <w:szCs w:val="16"/>
                <w:lang w:val="pl-PL"/>
              </w:rPr>
            </w:pPr>
            <w:r w:rsidRPr="00542208">
              <w:rPr>
                <w:b/>
                <w:color w:val="FFFFFF" w:themeColor="background1"/>
                <w:sz w:val="16"/>
                <w:szCs w:val="16"/>
                <w:lang w:val="pl-PL"/>
              </w:rPr>
              <w:t>Opis zmiany</w:t>
            </w:r>
          </w:p>
        </w:tc>
        <w:tc>
          <w:tcPr>
            <w:tcW w:w="1843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F04599" w14:textId="77777777" w:rsidR="00306873" w:rsidRPr="00542208" w:rsidRDefault="00000000">
            <w:pPr>
              <w:spacing w:after="0"/>
              <w:jc w:val="center"/>
              <w:rPr>
                <w:b/>
                <w:color w:val="FFFFFF" w:themeColor="background1"/>
                <w:sz w:val="16"/>
                <w:szCs w:val="16"/>
                <w:lang w:val="pl-PL"/>
              </w:rPr>
            </w:pPr>
            <w:r w:rsidRPr="00542208">
              <w:rPr>
                <w:b/>
                <w:color w:val="FFFFFF" w:themeColor="background1"/>
                <w:sz w:val="16"/>
                <w:szCs w:val="16"/>
                <w:lang w:val="pl-PL"/>
              </w:rPr>
              <w:t>Czy wymaga aneksu do Umowy?</w:t>
            </w:r>
          </w:p>
          <w:p w14:paraId="3F15F25D" w14:textId="5A33B9B5" w:rsidR="005C1252" w:rsidRPr="00542208" w:rsidRDefault="005C1252">
            <w:pPr>
              <w:spacing w:after="0"/>
              <w:jc w:val="center"/>
              <w:rPr>
                <w:bCs/>
                <w:i/>
                <w:iCs/>
                <w:color w:val="FFFFFF" w:themeColor="background1"/>
                <w:sz w:val="16"/>
                <w:szCs w:val="16"/>
                <w:lang w:val="pl-PL"/>
              </w:rPr>
            </w:pPr>
            <w:r w:rsidRPr="00542208">
              <w:rPr>
                <w:bCs/>
                <w:i/>
                <w:iCs/>
                <w:color w:val="FFFFFF" w:themeColor="background1"/>
                <w:sz w:val="16"/>
                <w:szCs w:val="16"/>
                <w:lang w:val="pl-PL"/>
              </w:rPr>
              <w:t>(wypełnia BARR S.A.)</w:t>
            </w:r>
          </w:p>
        </w:tc>
        <w:tc>
          <w:tcPr>
            <w:tcW w:w="1843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80D0D3" w14:textId="77777777" w:rsidR="00306873" w:rsidRPr="00542208" w:rsidRDefault="00000000">
            <w:pPr>
              <w:spacing w:after="0"/>
              <w:jc w:val="center"/>
              <w:rPr>
                <w:b/>
                <w:color w:val="FFFFFF" w:themeColor="background1"/>
                <w:sz w:val="16"/>
                <w:szCs w:val="16"/>
                <w:lang w:val="pl-PL"/>
              </w:rPr>
            </w:pPr>
            <w:r w:rsidRPr="00542208">
              <w:rPr>
                <w:b/>
                <w:color w:val="FFFFFF" w:themeColor="background1"/>
                <w:sz w:val="16"/>
                <w:szCs w:val="16"/>
                <w:lang w:val="pl-PL"/>
              </w:rPr>
              <w:t>Decyzja BARR S.A.</w:t>
            </w:r>
          </w:p>
          <w:p w14:paraId="47FFB8B8" w14:textId="6CD809FD" w:rsidR="005C1252" w:rsidRPr="00542208" w:rsidRDefault="005C1252">
            <w:pPr>
              <w:spacing w:after="0"/>
              <w:jc w:val="center"/>
              <w:rPr>
                <w:color w:val="FFFFFF" w:themeColor="background1"/>
                <w:sz w:val="16"/>
                <w:szCs w:val="16"/>
                <w:lang w:val="pl-PL"/>
              </w:rPr>
            </w:pPr>
            <w:r w:rsidRPr="00542208">
              <w:rPr>
                <w:bCs/>
                <w:i/>
                <w:iCs/>
                <w:color w:val="FFFFFF" w:themeColor="background1"/>
                <w:sz w:val="16"/>
                <w:szCs w:val="16"/>
                <w:lang w:val="pl-PL"/>
              </w:rPr>
              <w:t>(wypełnia BARR S.A.)</w:t>
            </w:r>
          </w:p>
        </w:tc>
        <w:tc>
          <w:tcPr>
            <w:tcW w:w="1193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3A83C5" w14:textId="77777777" w:rsidR="00306873" w:rsidRPr="00542208" w:rsidRDefault="00000000">
            <w:pPr>
              <w:spacing w:after="0"/>
              <w:jc w:val="center"/>
              <w:rPr>
                <w:b/>
                <w:color w:val="FFFFFF" w:themeColor="background1"/>
                <w:sz w:val="16"/>
                <w:szCs w:val="16"/>
                <w:lang w:val="pl-PL"/>
              </w:rPr>
            </w:pPr>
            <w:r w:rsidRPr="00542208">
              <w:rPr>
                <w:b/>
                <w:color w:val="FFFFFF" w:themeColor="background1"/>
                <w:sz w:val="16"/>
                <w:szCs w:val="16"/>
                <w:lang w:val="pl-PL"/>
              </w:rPr>
              <w:t>Data akceptacji</w:t>
            </w:r>
          </w:p>
          <w:p w14:paraId="385E4A01" w14:textId="66DDD9DB" w:rsidR="005C1252" w:rsidRPr="00542208" w:rsidRDefault="005C1252">
            <w:pPr>
              <w:spacing w:after="0"/>
              <w:jc w:val="center"/>
              <w:rPr>
                <w:color w:val="FFFFFF" w:themeColor="background1"/>
                <w:sz w:val="16"/>
                <w:szCs w:val="16"/>
                <w:lang w:val="pl-PL"/>
              </w:rPr>
            </w:pPr>
            <w:r w:rsidRPr="00542208">
              <w:rPr>
                <w:bCs/>
                <w:i/>
                <w:iCs/>
                <w:color w:val="FFFFFF" w:themeColor="background1"/>
                <w:sz w:val="16"/>
                <w:szCs w:val="16"/>
                <w:lang w:val="pl-PL"/>
              </w:rPr>
              <w:t>(wypełnia BARR S.A.)</w:t>
            </w:r>
          </w:p>
        </w:tc>
      </w:tr>
      <w:tr w:rsidR="005C1252" w:rsidRPr="003B4F64" w14:paraId="45861171" w14:textId="77777777" w:rsidTr="00542208">
        <w:trPr>
          <w:trHeight w:val="460"/>
          <w:jc w:val="center"/>
        </w:trPr>
        <w:tc>
          <w:tcPr>
            <w:tcW w:w="1028" w:type="dxa"/>
            <w:vMerge w:val="restart"/>
            <w:tcBorders>
              <w:top w:val="single" w:sz="6" w:space="0" w:color="91AA9F"/>
              <w:left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A60B83" w14:textId="77777777" w:rsidR="005C1252" w:rsidRPr="003B4F64" w:rsidRDefault="005C1252" w:rsidP="005C1252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1194" w:type="dxa"/>
            <w:vMerge w:val="restart"/>
            <w:tcBorders>
              <w:top w:val="single" w:sz="6" w:space="0" w:color="91AA9F"/>
              <w:left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14896A" w14:textId="77777777" w:rsidR="005C1252" w:rsidRPr="003B4F64" w:rsidRDefault="005C1252" w:rsidP="005C1252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447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E885D8" w14:textId="77777777" w:rsidR="005C1252" w:rsidRPr="003B4F64" w:rsidRDefault="005C1252">
            <w:pPr>
              <w:spacing w:after="0"/>
              <w:rPr>
                <w:lang w:val="pl-PL"/>
              </w:rPr>
            </w:pPr>
          </w:p>
        </w:tc>
        <w:tc>
          <w:tcPr>
            <w:tcW w:w="1843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BFBFBF" w:themeFill="background1" w:themeFillShade="B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637D3E" w14:textId="77777777" w:rsidR="005C1252" w:rsidRPr="003B4F64" w:rsidRDefault="005C1252">
            <w:pPr>
              <w:spacing w:after="0"/>
              <w:rPr>
                <w:lang w:val="pl-PL"/>
              </w:rPr>
            </w:pPr>
          </w:p>
        </w:tc>
        <w:tc>
          <w:tcPr>
            <w:tcW w:w="1843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BFBFBF" w:themeFill="background1" w:themeFillShade="B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C8A230" w14:textId="77777777" w:rsidR="005C1252" w:rsidRPr="003B4F64" w:rsidRDefault="005C1252">
            <w:pPr>
              <w:spacing w:after="0"/>
              <w:rPr>
                <w:lang w:val="pl-PL"/>
              </w:rPr>
            </w:pPr>
          </w:p>
        </w:tc>
        <w:tc>
          <w:tcPr>
            <w:tcW w:w="1193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BFBFBF" w:themeFill="background1" w:themeFillShade="B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031694" w14:textId="77777777" w:rsidR="005C1252" w:rsidRPr="003B4F64" w:rsidRDefault="005C1252">
            <w:pPr>
              <w:spacing w:after="0"/>
              <w:rPr>
                <w:lang w:val="pl-PL"/>
              </w:rPr>
            </w:pPr>
          </w:p>
        </w:tc>
      </w:tr>
      <w:tr w:rsidR="005C1252" w:rsidRPr="003B4F64" w14:paraId="5DD631F9" w14:textId="77777777" w:rsidTr="00542208">
        <w:trPr>
          <w:trHeight w:val="460"/>
          <w:jc w:val="center"/>
        </w:trPr>
        <w:tc>
          <w:tcPr>
            <w:tcW w:w="1028" w:type="dxa"/>
            <w:vMerge/>
            <w:tcBorders>
              <w:left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58088C" w14:textId="77777777" w:rsidR="005C1252" w:rsidRPr="003B4F64" w:rsidRDefault="005C1252">
            <w:pPr>
              <w:spacing w:after="0"/>
              <w:rPr>
                <w:lang w:val="pl-PL"/>
              </w:rPr>
            </w:pPr>
          </w:p>
        </w:tc>
        <w:tc>
          <w:tcPr>
            <w:tcW w:w="1194" w:type="dxa"/>
            <w:vMerge/>
            <w:tcBorders>
              <w:left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4CBD4D" w14:textId="77777777" w:rsidR="005C1252" w:rsidRPr="003B4F64" w:rsidRDefault="005C1252">
            <w:pPr>
              <w:spacing w:after="0"/>
              <w:rPr>
                <w:lang w:val="pl-PL"/>
              </w:rPr>
            </w:pPr>
          </w:p>
        </w:tc>
        <w:tc>
          <w:tcPr>
            <w:tcW w:w="447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06EFAA" w14:textId="77777777" w:rsidR="005C1252" w:rsidRPr="003B4F64" w:rsidRDefault="005C1252">
            <w:pPr>
              <w:spacing w:after="0"/>
              <w:rPr>
                <w:lang w:val="pl-PL"/>
              </w:rPr>
            </w:pPr>
          </w:p>
        </w:tc>
        <w:tc>
          <w:tcPr>
            <w:tcW w:w="1843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BFBFBF" w:themeFill="background1" w:themeFillShade="B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252B8A" w14:textId="77777777" w:rsidR="005C1252" w:rsidRPr="003B4F64" w:rsidRDefault="005C1252">
            <w:pPr>
              <w:spacing w:after="0"/>
              <w:rPr>
                <w:lang w:val="pl-PL"/>
              </w:rPr>
            </w:pPr>
          </w:p>
        </w:tc>
        <w:tc>
          <w:tcPr>
            <w:tcW w:w="1843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BFBFBF" w:themeFill="background1" w:themeFillShade="B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0444B9" w14:textId="77777777" w:rsidR="005C1252" w:rsidRPr="003B4F64" w:rsidRDefault="005C1252">
            <w:pPr>
              <w:spacing w:after="0"/>
              <w:rPr>
                <w:lang w:val="pl-PL"/>
              </w:rPr>
            </w:pPr>
          </w:p>
        </w:tc>
        <w:tc>
          <w:tcPr>
            <w:tcW w:w="1193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BFBFBF" w:themeFill="background1" w:themeFillShade="B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CD1CC9" w14:textId="77777777" w:rsidR="005C1252" w:rsidRPr="003B4F64" w:rsidRDefault="005C1252">
            <w:pPr>
              <w:spacing w:after="0"/>
              <w:rPr>
                <w:lang w:val="pl-PL"/>
              </w:rPr>
            </w:pPr>
          </w:p>
        </w:tc>
      </w:tr>
      <w:tr w:rsidR="005C1252" w:rsidRPr="003B4F64" w14:paraId="143AE0D0" w14:textId="77777777" w:rsidTr="00542208">
        <w:trPr>
          <w:trHeight w:val="460"/>
          <w:jc w:val="center"/>
        </w:trPr>
        <w:tc>
          <w:tcPr>
            <w:tcW w:w="1028" w:type="dxa"/>
            <w:vMerge/>
            <w:tcBorders>
              <w:left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47F4D2" w14:textId="77777777" w:rsidR="005C1252" w:rsidRPr="003B4F64" w:rsidRDefault="005C1252">
            <w:pPr>
              <w:spacing w:after="0"/>
              <w:rPr>
                <w:lang w:val="pl-PL"/>
              </w:rPr>
            </w:pPr>
          </w:p>
        </w:tc>
        <w:tc>
          <w:tcPr>
            <w:tcW w:w="1194" w:type="dxa"/>
            <w:vMerge/>
            <w:tcBorders>
              <w:left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88148C" w14:textId="77777777" w:rsidR="005C1252" w:rsidRPr="003B4F64" w:rsidRDefault="005C1252">
            <w:pPr>
              <w:spacing w:after="0"/>
              <w:rPr>
                <w:lang w:val="pl-PL"/>
              </w:rPr>
            </w:pPr>
          </w:p>
        </w:tc>
        <w:tc>
          <w:tcPr>
            <w:tcW w:w="447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892D3B" w14:textId="77777777" w:rsidR="005C1252" w:rsidRPr="003B4F64" w:rsidRDefault="005C1252">
            <w:pPr>
              <w:spacing w:after="0"/>
              <w:rPr>
                <w:lang w:val="pl-PL"/>
              </w:rPr>
            </w:pPr>
          </w:p>
        </w:tc>
        <w:tc>
          <w:tcPr>
            <w:tcW w:w="1843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BFBFBF" w:themeFill="background1" w:themeFillShade="B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98F943" w14:textId="77777777" w:rsidR="005C1252" w:rsidRPr="003B4F64" w:rsidRDefault="005C1252">
            <w:pPr>
              <w:spacing w:after="0"/>
              <w:rPr>
                <w:lang w:val="pl-PL"/>
              </w:rPr>
            </w:pPr>
          </w:p>
        </w:tc>
        <w:tc>
          <w:tcPr>
            <w:tcW w:w="1843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BFBFBF" w:themeFill="background1" w:themeFillShade="B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9F6E76" w14:textId="77777777" w:rsidR="005C1252" w:rsidRPr="003B4F64" w:rsidRDefault="005C1252">
            <w:pPr>
              <w:spacing w:after="0"/>
              <w:rPr>
                <w:lang w:val="pl-PL"/>
              </w:rPr>
            </w:pPr>
          </w:p>
        </w:tc>
        <w:tc>
          <w:tcPr>
            <w:tcW w:w="1193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BFBFBF" w:themeFill="background1" w:themeFillShade="B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5D66BB" w14:textId="77777777" w:rsidR="005C1252" w:rsidRPr="003B4F64" w:rsidRDefault="005C1252">
            <w:pPr>
              <w:spacing w:after="0"/>
              <w:rPr>
                <w:lang w:val="pl-PL"/>
              </w:rPr>
            </w:pPr>
          </w:p>
        </w:tc>
      </w:tr>
      <w:tr w:rsidR="005C1252" w:rsidRPr="003B4F64" w14:paraId="14DA3D28" w14:textId="77777777" w:rsidTr="00542208">
        <w:trPr>
          <w:trHeight w:val="460"/>
          <w:jc w:val="center"/>
        </w:trPr>
        <w:tc>
          <w:tcPr>
            <w:tcW w:w="1028" w:type="dxa"/>
            <w:vMerge/>
            <w:tcBorders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CF4CFA" w14:textId="77777777" w:rsidR="005C1252" w:rsidRPr="003B4F64" w:rsidRDefault="005C1252">
            <w:pPr>
              <w:spacing w:after="0"/>
              <w:rPr>
                <w:lang w:val="pl-PL"/>
              </w:rPr>
            </w:pPr>
          </w:p>
        </w:tc>
        <w:tc>
          <w:tcPr>
            <w:tcW w:w="1194" w:type="dxa"/>
            <w:vMerge/>
            <w:tcBorders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C8DC3F" w14:textId="77777777" w:rsidR="005C1252" w:rsidRPr="003B4F64" w:rsidRDefault="005C1252">
            <w:pPr>
              <w:spacing w:after="0"/>
              <w:rPr>
                <w:lang w:val="pl-PL"/>
              </w:rPr>
            </w:pPr>
          </w:p>
        </w:tc>
        <w:tc>
          <w:tcPr>
            <w:tcW w:w="447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B65D63" w14:textId="77777777" w:rsidR="005C1252" w:rsidRPr="003B4F64" w:rsidRDefault="005C1252">
            <w:pPr>
              <w:spacing w:after="0"/>
              <w:rPr>
                <w:lang w:val="pl-PL"/>
              </w:rPr>
            </w:pPr>
          </w:p>
        </w:tc>
        <w:tc>
          <w:tcPr>
            <w:tcW w:w="1843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BFBFBF" w:themeFill="background1" w:themeFillShade="B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298C97" w14:textId="77777777" w:rsidR="005C1252" w:rsidRPr="003B4F64" w:rsidRDefault="005C1252">
            <w:pPr>
              <w:spacing w:after="0"/>
              <w:rPr>
                <w:lang w:val="pl-PL"/>
              </w:rPr>
            </w:pPr>
          </w:p>
        </w:tc>
        <w:tc>
          <w:tcPr>
            <w:tcW w:w="1843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BFBFBF" w:themeFill="background1" w:themeFillShade="B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03265D" w14:textId="77777777" w:rsidR="005C1252" w:rsidRPr="003B4F64" w:rsidRDefault="005C1252">
            <w:pPr>
              <w:spacing w:after="0"/>
              <w:rPr>
                <w:lang w:val="pl-PL"/>
              </w:rPr>
            </w:pPr>
          </w:p>
        </w:tc>
        <w:tc>
          <w:tcPr>
            <w:tcW w:w="1193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BFBFBF" w:themeFill="background1" w:themeFillShade="B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E3AFC1" w14:textId="77777777" w:rsidR="005C1252" w:rsidRPr="003B4F64" w:rsidRDefault="005C1252">
            <w:pPr>
              <w:spacing w:after="0"/>
              <w:rPr>
                <w:lang w:val="pl-PL"/>
              </w:rPr>
            </w:pPr>
          </w:p>
        </w:tc>
      </w:tr>
      <w:tr w:rsidR="003B4F64" w:rsidRPr="003B4F64" w14:paraId="3AF11304" w14:textId="77777777" w:rsidTr="005C1252">
        <w:trPr>
          <w:jc w:val="center"/>
        </w:trPr>
        <w:tc>
          <w:tcPr>
            <w:tcW w:w="11577" w:type="dxa"/>
            <w:gridSpan w:val="6"/>
            <w:tcBorders>
              <w:top w:val="single" w:sz="6" w:space="0" w:color="B7C9C1"/>
              <w:left w:val="single" w:sz="6" w:space="0" w:color="B7C9C1"/>
              <w:bottom w:val="single" w:sz="6" w:space="0" w:color="B7C9C1"/>
              <w:right w:val="single" w:sz="6" w:space="0" w:color="B7C9C1"/>
            </w:tcBorders>
            <w:shd w:val="clear" w:color="auto" w:fill="FFF2C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68EA4C" w14:textId="073C2572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sz w:val="16"/>
                <w:lang w:val="pl-PL"/>
              </w:rPr>
              <w:t>Zmiany zakresu rzeczowo-finansowego należy zgłaszać i uzyskiwać ich akceptację zgodnie z § 6 pkt 5</w:t>
            </w:r>
            <w:r w:rsidR="00542208">
              <w:rPr>
                <w:sz w:val="16"/>
                <w:lang w:val="pl-PL"/>
              </w:rPr>
              <w:t>7</w:t>
            </w:r>
            <w:r w:rsidRPr="003B4F64">
              <w:rPr>
                <w:sz w:val="16"/>
                <w:lang w:val="pl-PL"/>
              </w:rPr>
              <w:t xml:space="preserve"> Regulaminu. Zmiana katalogu wydatków lub rzeczy/usług wyszczególnionych w Umowie może wymagać aneksu do Umowy </w:t>
            </w:r>
            <w:r w:rsidR="00542208">
              <w:rPr>
                <w:sz w:val="16"/>
                <w:lang w:val="pl-PL"/>
              </w:rPr>
              <w:t>p</w:t>
            </w:r>
            <w:r w:rsidRPr="003B4F64">
              <w:rPr>
                <w:sz w:val="16"/>
                <w:lang w:val="pl-PL"/>
              </w:rPr>
              <w:t>ożyczki.</w:t>
            </w:r>
          </w:p>
        </w:tc>
      </w:tr>
    </w:tbl>
    <w:p w14:paraId="4D735D24" w14:textId="77777777" w:rsidR="00306873" w:rsidRPr="003B4F64" w:rsidRDefault="00306873">
      <w:pPr>
        <w:spacing w:after="0"/>
        <w:rPr>
          <w:lang w:val="pl-PL"/>
        </w:rPr>
      </w:pPr>
    </w:p>
    <w:p w14:paraId="5DC8FC01" w14:textId="77777777" w:rsidR="00306873" w:rsidRPr="00C430AD" w:rsidRDefault="00000000">
      <w:pPr>
        <w:keepNext/>
        <w:spacing w:before="160" w:after="80"/>
        <w:rPr>
          <w:sz w:val="16"/>
          <w:szCs w:val="20"/>
          <w:lang w:val="pl-PL"/>
        </w:rPr>
      </w:pPr>
      <w:r w:rsidRPr="00C430AD">
        <w:rPr>
          <w:b/>
          <w:sz w:val="20"/>
          <w:szCs w:val="20"/>
          <w:lang w:val="pl-PL"/>
        </w:rPr>
        <w:t>9. Oświadczenie Wnioskodawcy / Pożyczkobiorcy</w:t>
      </w:r>
    </w:p>
    <w:p w14:paraId="0278889C" w14:textId="7C0DF53C" w:rsidR="00306873" w:rsidRPr="003B4F64" w:rsidRDefault="00000000">
      <w:pPr>
        <w:ind w:left="144" w:hanging="144"/>
        <w:rPr>
          <w:lang w:val="pl-PL"/>
        </w:rPr>
      </w:pPr>
      <w:r w:rsidRPr="003B4F64">
        <w:rPr>
          <w:lang w:val="pl-PL"/>
        </w:rPr>
        <w:t xml:space="preserve">☐ </w:t>
      </w:r>
      <w:r w:rsidRPr="003B4F64">
        <w:rPr>
          <w:sz w:val="16"/>
          <w:lang w:val="pl-PL"/>
        </w:rPr>
        <w:t xml:space="preserve">Harmonogram jest zgodny z zakresem i celem Inwestycji Końcowej, </w:t>
      </w:r>
      <w:r w:rsidR="00C430AD">
        <w:rPr>
          <w:sz w:val="16"/>
          <w:lang w:val="pl-PL"/>
        </w:rPr>
        <w:t>Wnioskiem o pożyczkę</w:t>
      </w:r>
      <w:r w:rsidRPr="003B4F64">
        <w:rPr>
          <w:sz w:val="16"/>
          <w:lang w:val="pl-PL"/>
        </w:rPr>
        <w:t>, Analizą</w:t>
      </w:r>
      <w:r w:rsidR="00C430AD">
        <w:rPr>
          <w:sz w:val="16"/>
          <w:lang w:val="pl-PL"/>
        </w:rPr>
        <w:t xml:space="preserve"> / Audytem</w:t>
      </w:r>
      <w:r w:rsidRPr="003B4F64">
        <w:rPr>
          <w:sz w:val="16"/>
          <w:lang w:val="pl-PL"/>
        </w:rPr>
        <w:t xml:space="preserve"> oraz planowanymi źródłami finansowania.</w:t>
      </w:r>
    </w:p>
    <w:p w14:paraId="651D7EC5" w14:textId="77777777" w:rsidR="00306873" w:rsidRPr="003B4F64" w:rsidRDefault="00000000">
      <w:pPr>
        <w:ind w:left="144" w:hanging="144"/>
        <w:rPr>
          <w:lang w:val="pl-PL"/>
        </w:rPr>
      </w:pPr>
      <w:r w:rsidRPr="003B4F64">
        <w:rPr>
          <w:lang w:val="pl-PL"/>
        </w:rPr>
        <w:t xml:space="preserve">☐ </w:t>
      </w:r>
      <w:r w:rsidRPr="003B4F64">
        <w:rPr>
          <w:sz w:val="16"/>
          <w:lang w:val="pl-PL"/>
        </w:rPr>
        <w:t>Wszystkie wydatki finansowane z Jednostkowej Pożyczki zostały ujęte w odpowiedniej kategorii kosztów, a wydatki niekwalifikowalne zostały wyodrębnione i będą finansowane ze środków innych niż Jednostkowa Pożyczka.</w:t>
      </w:r>
    </w:p>
    <w:p w14:paraId="37952AF4" w14:textId="34E51CB6" w:rsidR="00306873" w:rsidRPr="003B4F64" w:rsidRDefault="00000000">
      <w:pPr>
        <w:ind w:left="144" w:hanging="144"/>
        <w:rPr>
          <w:lang w:val="pl-PL"/>
        </w:rPr>
      </w:pPr>
      <w:r w:rsidRPr="003B4F64">
        <w:rPr>
          <w:lang w:val="pl-PL"/>
        </w:rPr>
        <w:t xml:space="preserve">☐ </w:t>
      </w:r>
      <w:r w:rsidRPr="003B4F64">
        <w:rPr>
          <w:sz w:val="16"/>
          <w:lang w:val="pl-PL"/>
        </w:rPr>
        <w:t xml:space="preserve">Przyjmuję do wiadomości, że zmiana zakresu rzeczowego, katalogu wydatków, wartości kosztów lub terminów może wymagać uprzedniej akceptacji BARR S.A. oraz – w przypadkach określonych w dokumentacji Instrumentu – zmiany Umowy </w:t>
      </w:r>
      <w:r w:rsidR="00C430AD">
        <w:rPr>
          <w:sz w:val="16"/>
          <w:lang w:val="pl-PL"/>
        </w:rPr>
        <w:t>p</w:t>
      </w:r>
      <w:r w:rsidRPr="003B4F64">
        <w:rPr>
          <w:sz w:val="16"/>
          <w:lang w:val="pl-PL"/>
        </w:rPr>
        <w:t>ożyczki albo zgody Menadżera.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3B4F64" w:rsidRPr="003B4F64" w14:paraId="58886238" w14:textId="77777777">
        <w:trPr>
          <w:jc w:val="center"/>
        </w:trPr>
        <w:tc>
          <w:tcPr>
            <w:tcW w:w="5184" w:type="dxa"/>
            <w:tcBorders>
              <w:bottom w:val="single" w:sz="6" w:space="0" w:color="777777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743474" w14:textId="77777777" w:rsidR="00306873" w:rsidRDefault="00306873">
            <w:pPr>
              <w:spacing w:after="0"/>
              <w:rPr>
                <w:lang w:val="pl-PL"/>
              </w:rPr>
            </w:pPr>
          </w:p>
          <w:p w14:paraId="332B6858" w14:textId="77777777" w:rsidR="005C1252" w:rsidRDefault="005C1252">
            <w:pPr>
              <w:spacing w:after="0"/>
              <w:rPr>
                <w:lang w:val="pl-PL"/>
              </w:rPr>
            </w:pPr>
          </w:p>
          <w:p w14:paraId="1EFC8498" w14:textId="77777777" w:rsidR="005C1252" w:rsidRDefault="005C1252">
            <w:pPr>
              <w:spacing w:after="0"/>
              <w:rPr>
                <w:lang w:val="pl-PL"/>
              </w:rPr>
            </w:pPr>
          </w:p>
          <w:p w14:paraId="7E60EE02" w14:textId="77777777" w:rsidR="00C430AD" w:rsidRDefault="00C430AD">
            <w:pPr>
              <w:spacing w:after="0"/>
              <w:rPr>
                <w:lang w:val="pl-PL"/>
              </w:rPr>
            </w:pPr>
          </w:p>
          <w:p w14:paraId="709DA5E2" w14:textId="77777777" w:rsidR="005C1252" w:rsidRPr="003B4F64" w:rsidRDefault="005C1252">
            <w:pPr>
              <w:spacing w:after="0"/>
              <w:rPr>
                <w:lang w:val="pl-PL"/>
              </w:rPr>
            </w:pPr>
          </w:p>
        </w:tc>
        <w:tc>
          <w:tcPr>
            <w:tcW w:w="5184" w:type="dxa"/>
            <w:tcBorders>
              <w:bottom w:val="single" w:sz="6" w:space="0" w:color="777777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F1C7BC" w14:textId="77777777" w:rsidR="00306873" w:rsidRPr="003B4F64" w:rsidRDefault="00306873">
            <w:pPr>
              <w:spacing w:after="0"/>
              <w:rPr>
                <w:lang w:val="pl-PL"/>
              </w:rPr>
            </w:pPr>
          </w:p>
        </w:tc>
      </w:tr>
      <w:tr w:rsidR="003B4F64" w:rsidRPr="003B4F64" w14:paraId="72510168" w14:textId="77777777">
        <w:trPr>
          <w:jc w:val="center"/>
        </w:trPr>
        <w:tc>
          <w:tcPr>
            <w:tcW w:w="51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2CDFFB" w14:textId="77777777" w:rsidR="00306873" w:rsidRPr="003B4F64" w:rsidRDefault="00000000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sz w:val="15"/>
                <w:lang w:val="pl-PL"/>
              </w:rPr>
              <w:t>miejscowość i data</w:t>
            </w:r>
          </w:p>
        </w:tc>
        <w:tc>
          <w:tcPr>
            <w:tcW w:w="51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99474B" w14:textId="77777777" w:rsidR="00306873" w:rsidRPr="003B4F64" w:rsidRDefault="00000000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sz w:val="15"/>
                <w:lang w:val="pl-PL"/>
              </w:rPr>
              <w:t>podpis / podpisy osób uprawnionych do reprezentacji</w:t>
            </w:r>
          </w:p>
        </w:tc>
      </w:tr>
    </w:tbl>
    <w:p w14:paraId="28AFD89C" w14:textId="77777777" w:rsidR="00306873" w:rsidRPr="003B4F64" w:rsidRDefault="00000000">
      <w:pPr>
        <w:rPr>
          <w:lang w:val="pl-PL"/>
        </w:rPr>
      </w:pPr>
      <w:r w:rsidRPr="003B4F64">
        <w:rPr>
          <w:lang w:val="pl-PL"/>
        </w:rPr>
        <w:br w:type="page"/>
      </w:r>
    </w:p>
    <w:p w14:paraId="7D15ACD0" w14:textId="77777777" w:rsidR="00306873" w:rsidRPr="00892DC0" w:rsidRDefault="00000000">
      <w:pPr>
        <w:keepNext/>
        <w:spacing w:before="160" w:after="80"/>
        <w:rPr>
          <w:sz w:val="16"/>
          <w:szCs w:val="20"/>
          <w:lang w:val="pl-PL"/>
        </w:rPr>
      </w:pPr>
      <w:r w:rsidRPr="00892DC0">
        <w:rPr>
          <w:b/>
          <w:sz w:val="20"/>
          <w:szCs w:val="20"/>
          <w:lang w:val="pl-PL"/>
        </w:rPr>
        <w:lastRenderedPageBreak/>
        <w:t>10. Akceptacja / weryfikacja BARR S.A. (wypełnia BARR S.A.)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40"/>
        <w:gridCol w:w="7200"/>
      </w:tblGrid>
      <w:tr w:rsidR="003B4F64" w:rsidRPr="003B4F64" w14:paraId="0667007E" w14:textId="77777777">
        <w:trPr>
          <w:jc w:val="center"/>
        </w:trPr>
        <w:tc>
          <w:tcPr>
            <w:tcW w:w="3240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93A717" w14:textId="18846861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b/>
                <w:sz w:val="16"/>
                <w:lang w:val="pl-PL"/>
              </w:rPr>
              <w:t>Zweryfikowano zgodność z Wnioskiem, Analizą</w:t>
            </w:r>
            <w:r w:rsidR="00892DC0">
              <w:rPr>
                <w:b/>
                <w:sz w:val="16"/>
                <w:lang w:val="pl-PL"/>
              </w:rPr>
              <w:t xml:space="preserve"> / Audytem</w:t>
            </w:r>
            <w:r w:rsidRPr="003B4F64">
              <w:rPr>
                <w:b/>
                <w:sz w:val="16"/>
                <w:lang w:val="pl-PL"/>
              </w:rPr>
              <w:t xml:space="preserve"> i warunkami Instrumentu</w:t>
            </w:r>
          </w:p>
        </w:tc>
        <w:tc>
          <w:tcPr>
            <w:tcW w:w="7200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7DFD31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sz w:val="16"/>
                <w:lang w:val="pl-PL"/>
              </w:rPr>
              <w:t>☐ TAK     ☐ NIE     ☐ NIE DOTYCZY</w:t>
            </w:r>
          </w:p>
        </w:tc>
      </w:tr>
      <w:tr w:rsidR="003B4F64" w:rsidRPr="003B4F64" w14:paraId="29238A0A" w14:textId="77777777">
        <w:trPr>
          <w:jc w:val="center"/>
        </w:trPr>
        <w:tc>
          <w:tcPr>
            <w:tcW w:w="3240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8AA463" w14:textId="749C1F0E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b/>
                <w:sz w:val="16"/>
                <w:lang w:val="pl-PL"/>
              </w:rPr>
              <w:t xml:space="preserve">Zweryfikowano limit </w:t>
            </w:r>
            <w:r w:rsidR="00892DC0">
              <w:rPr>
                <w:b/>
                <w:sz w:val="16"/>
                <w:lang w:val="pl-PL"/>
              </w:rPr>
              <w:t>2</w:t>
            </w:r>
            <w:r w:rsidRPr="003B4F64">
              <w:rPr>
                <w:b/>
                <w:sz w:val="16"/>
                <w:lang w:val="pl-PL"/>
              </w:rPr>
              <w:t>5% dla kosztów kategorii II</w:t>
            </w:r>
          </w:p>
        </w:tc>
        <w:tc>
          <w:tcPr>
            <w:tcW w:w="7200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D12FCC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sz w:val="16"/>
                <w:lang w:val="pl-PL"/>
              </w:rPr>
              <w:t>☐ TAK     ☐ NIE     ☐ NIE DOTYCZY</w:t>
            </w:r>
          </w:p>
        </w:tc>
      </w:tr>
      <w:tr w:rsidR="003B4F64" w:rsidRPr="003B4F64" w14:paraId="4D73EC5B" w14:textId="77777777">
        <w:trPr>
          <w:jc w:val="center"/>
        </w:trPr>
        <w:tc>
          <w:tcPr>
            <w:tcW w:w="3240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736ECF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b/>
                <w:sz w:val="16"/>
                <w:lang w:val="pl-PL"/>
              </w:rPr>
              <w:t>Zweryfikowano terminy uruchomienia i rozliczenia</w:t>
            </w:r>
          </w:p>
        </w:tc>
        <w:tc>
          <w:tcPr>
            <w:tcW w:w="7200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6ED87D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sz w:val="16"/>
                <w:lang w:val="pl-PL"/>
              </w:rPr>
              <w:t>☐ TAK     ☐ NIE</w:t>
            </w:r>
          </w:p>
        </w:tc>
      </w:tr>
      <w:tr w:rsidR="003B4F64" w:rsidRPr="003B4F64" w14:paraId="47ADF4FC" w14:textId="77777777">
        <w:trPr>
          <w:jc w:val="center"/>
        </w:trPr>
        <w:tc>
          <w:tcPr>
            <w:tcW w:w="3240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3F3AB1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b/>
                <w:sz w:val="16"/>
                <w:lang w:val="pl-PL"/>
              </w:rPr>
              <w:t>Harmonogram zaakceptowany</w:t>
            </w:r>
          </w:p>
        </w:tc>
        <w:tc>
          <w:tcPr>
            <w:tcW w:w="7200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BB9E1F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sz w:val="16"/>
                <w:lang w:val="pl-PL"/>
              </w:rPr>
              <w:t>☐ TAK     ☐ NIE     ☐ WARUNKOWO</w:t>
            </w:r>
          </w:p>
        </w:tc>
      </w:tr>
      <w:tr w:rsidR="003B4F64" w:rsidRPr="003B4F64" w14:paraId="5F2F702B" w14:textId="77777777">
        <w:trPr>
          <w:jc w:val="center"/>
        </w:trPr>
        <w:tc>
          <w:tcPr>
            <w:tcW w:w="3240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9C4CB2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b/>
                <w:sz w:val="16"/>
                <w:lang w:val="pl-PL"/>
              </w:rPr>
              <w:t>Uwagi / warunki akceptacji</w:t>
            </w:r>
          </w:p>
        </w:tc>
        <w:tc>
          <w:tcPr>
            <w:tcW w:w="7200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37511C" w14:textId="246044B0" w:rsidR="00306873" w:rsidRPr="003B4F64" w:rsidRDefault="00306873">
            <w:pPr>
              <w:spacing w:after="0"/>
              <w:rPr>
                <w:lang w:val="pl-PL"/>
              </w:rPr>
            </w:pPr>
          </w:p>
        </w:tc>
      </w:tr>
    </w:tbl>
    <w:p w14:paraId="65E20138" w14:textId="77777777" w:rsidR="00DE0713" w:rsidRDefault="00DE0713">
      <w:pPr>
        <w:spacing w:before="100"/>
        <w:rPr>
          <w:sz w:val="17"/>
          <w:lang w:val="pl-PL"/>
        </w:rPr>
      </w:pPr>
    </w:p>
    <w:p w14:paraId="3523153A" w14:textId="77777777" w:rsidR="00DE0713" w:rsidRDefault="00DE0713">
      <w:pPr>
        <w:spacing w:before="100"/>
        <w:rPr>
          <w:sz w:val="17"/>
          <w:lang w:val="pl-PL"/>
        </w:rPr>
      </w:pPr>
    </w:p>
    <w:p w14:paraId="2631596B" w14:textId="77777777" w:rsidR="00892DC0" w:rsidRDefault="00892DC0">
      <w:pPr>
        <w:spacing w:before="100"/>
        <w:rPr>
          <w:sz w:val="17"/>
          <w:lang w:val="pl-PL"/>
        </w:rPr>
      </w:pPr>
    </w:p>
    <w:p w14:paraId="0E786BE2" w14:textId="77777777" w:rsidR="00892DC0" w:rsidRDefault="00892DC0">
      <w:pPr>
        <w:spacing w:before="100"/>
        <w:rPr>
          <w:sz w:val="17"/>
          <w:lang w:val="pl-PL"/>
        </w:rPr>
      </w:pPr>
    </w:p>
    <w:p w14:paraId="39EF0906" w14:textId="2A55B590" w:rsidR="00306873" w:rsidRPr="003B4F64" w:rsidRDefault="00000000">
      <w:pPr>
        <w:spacing w:before="100"/>
        <w:rPr>
          <w:lang w:val="pl-PL"/>
        </w:rPr>
      </w:pPr>
      <w:r w:rsidRPr="003B4F64">
        <w:rPr>
          <w:sz w:val="17"/>
          <w:lang w:val="pl-PL"/>
        </w:rPr>
        <w:t>Osoba weryfikująca: ........................................................................     Data: ........................................</w:t>
      </w:r>
    </w:p>
    <w:sectPr w:rsidR="00306873" w:rsidRPr="003B4F64" w:rsidSect="00034616">
      <w:headerReference w:type="default" r:id="rId10"/>
      <w:footerReference w:type="default" r:id="rId11"/>
      <w:pgSz w:w="12240" w:h="15840" w:orient="landscape"/>
      <w:pgMar w:top="936" w:right="792" w:bottom="1080" w:left="792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19BB1" w14:textId="77777777" w:rsidR="009478C0" w:rsidRDefault="009478C0">
      <w:pPr>
        <w:spacing w:after="0"/>
      </w:pPr>
      <w:r>
        <w:separator/>
      </w:r>
    </w:p>
  </w:endnote>
  <w:endnote w:type="continuationSeparator" w:id="0">
    <w:p w14:paraId="106BD85A" w14:textId="77777777" w:rsidR="009478C0" w:rsidRDefault="009478C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D4E95" w14:textId="26236638" w:rsidR="00306873" w:rsidRDefault="00A516C8">
    <w:pPr>
      <w:pStyle w:val="Stopka"/>
      <w:jc w:val="center"/>
    </w:pPr>
    <w:r>
      <w:rPr>
        <w:noProof/>
      </w:rPr>
      <w:drawing>
        <wp:inline distT="0" distB="0" distL="0" distR="0" wp14:anchorId="37152E4A" wp14:editId="6C1A7EAA">
          <wp:extent cx="6267450" cy="449460"/>
          <wp:effectExtent l="0" t="0" r="0" b="8255"/>
          <wp:docPr id="201163270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1632700" name="Obraz 201163270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93273" cy="465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B057B" w14:textId="4750997E" w:rsidR="00306873" w:rsidRDefault="0015713E">
    <w:pPr>
      <w:pStyle w:val="Stopka"/>
      <w:jc w:val="center"/>
    </w:pPr>
    <w:r>
      <w:rPr>
        <w:noProof/>
      </w:rPr>
      <w:drawing>
        <wp:inline distT="0" distB="0" distL="0" distR="0" wp14:anchorId="7A1D48F7" wp14:editId="1CB981FD">
          <wp:extent cx="6766560" cy="485140"/>
          <wp:effectExtent l="0" t="0" r="0" b="0"/>
          <wp:docPr id="1303177820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3177820" name="Obraz 13031778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66560" cy="485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A2C1B" w14:textId="77777777" w:rsidR="009478C0" w:rsidRDefault="009478C0">
      <w:pPr>
        <w:spacing w:after="0"/>
      </w:pPr>
      <w:r>
        <w:separator/>
      </w:r>
    </w:p>
  </w:footnote>
  <w:footnote w:type="continuationSeparator" w:id="0">
    <w:p w14:paraId="66D269CD" w14:textId="77777777" w:rsidR="009478C0" w:rsidRDefault="009478C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0B353" w14:textId="77777777" w:rsidR="00306873" w:rsidRDefault="00306873">
    <w:pPr>
      <w:pStyle w:val="Nagwek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8496"/>
      <w:gridCol w:w="1944"/>
    </w:tblGrid>
    <w:tr w:rsidR="00306873" w14:paraId="3F3B9EB4" w14:textId="77777777" w:rsidTr="00A516C8">
      <w:trPr>
        <w:jc w:val="center"/>
      </w:trPr>
      <w:tc>
        <w:tcPr>
          <w:tcW w:w="8496" w:type="dxa"/>
          <w:tcBorders>
            <w:bottom w:val="single" w:sz="6" w:space="0" w:color="777777"/>
          </w:tcBorders>
          <w:tcMar>
            <w:top w:w="0" w:type="dxa"/>
            <w:left w:w="20" w:type="dxa"/>
            <w:bottom w:w="0" w:type="dxa"/>
            <w:right w:w="20" w:type="dxa"/>
          </w:tcMar>
          <w:vAlign w:val="center"/>
        </w:tcPr>
        <w:p w14:paraId="0C3C45C1" w14:textId="228ADC33" w:rsidR="00306873" w:rsidRPr="00A516C8" w:rsidRDefault="00000000" w:rsidP="00A516C8">
          <w:pPr>
            <w:rPr>
              <w:bCs/>
              <w:lang w:val="pl-PL"/>
            </w:rPr>
          </w:pPr>
          <w:r w:rsidRPr="00A516C8">
            <w:rPr>
              <w:bCs/>
              <w:sz w:val="15"/>
              <w:lang w:val="pl-PL"/>
            </w:rPr>
            <w:t>Załącznik nr 1</w:t>
          </w:r>
          <w:r w:rsidR="00EE5FE9">
            <w:rPr>
              <w:bCs/>
              <w:sz w:val="15"/>
              <w:lang w:val="pl-PL"/>
            </w:rPr>
            <w:t>5</w:t>
          </w:r>
          <w:r w:rsidRPr="00A516C8">
            <w:rPr>
              <w:bCs/>
              <w:sz w:val="15"/>
              <w:lang w:val="pl-PL"/>
            </w:rPr>
            <w:t xml:space="preserve"> do Wniosku o pożyczkę</w:t>
          </w:r>
        </w:p>
      </w:tc>
      <w:tc>
        <w:tcPr>
          <w:tcW w:w="1944" w:type="dxa"/>
          <w:tcBorders>
            <w:bottom w:val="single" w:sz="6" w:space="0" w:color="777777"/>
          </w:tcBorders>
          <w:tcMar>
            <w:top w:w="0" w:type="dxa"/>
            <w:left w:w="20" w:type="dxa"/>
            <w:bottom w:w="0" w:type="dxa"/>
            <w:right w:w="20" w:type="dxa"/>
          </w:tcMar>
          <w:vAlign w:val="center"/>
        </w:tcPr>
        <w:p w14:paraId="7F4CC557" w14:textId="229DC559" w:rsidR="00306873" w:rsidRDefault="00000000" w:rsidP="00A516C8">
          <w:r>
            <w:t xml:space="preserve">  </w:t>
          </w:r>
          <w:r>
            <w:rPr>
              <w:noProof/>
            </w:rPr>
            <w:drawing>
              <wp:inline distT="0" distB="0" distL="0" distR="0" wp14:anchorId="50F9FD46" wp14:editId="2176406C">
                <wp:extent cx="471368" cy="384048"/>
                <wp:effectExtent l="0" t="0" r="0" b="0"/>
                <wp:docPr id="1884666564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1368" cy="3840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4C9E7" w14:textId="77777777" w:rsidR="00306873" w:rsidRDefault="00306873">
    <w:pPr>
      <w:pStyle w:val="Nagwek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8496"/>
      <w:gridCol w:w="1944"/>
    </w:tblGrid>
    <w:tr w:rsidR="00306873" w14:paraId="47EBA07C" w14:textId="77777777">
      <w:trPr>
        <w:jc w:val="center"/>
      </w:trPr>
      <w:tc>
        <w:tcPr>
          <w:tcW w:w="8496" w:type="dxa"/>
          <w:tcBorders>
            <w:bottom w:val="single" w:sz="6" w:space="0" w:color="777777"/>
          </w:tcBorders>
          <w:tcMar>
            <w:top w:w="0" w:type="dxa"/>
            <w:left w:w="20" w:type="dxa"/>
            <w:bottom w:w="0" w:type="dxa"/>
            <w:right w:w="20" w:type="dxa"/>
          </w:tcMar>
        </w:tcPr>
        <w:p w14:paraId="0CE26CCD" w14:textId="7003099F" w:rsidR="00306873" w:rsidRPr="0015713E" w:rsidRDefault="00000000">
          <w:pPr>
            <w:rPr>
              <w:bCs/>
              <w:lang w:val="pl-PL"/>
            </w:rPr>
          </w:pPr>
          <w:r w:rsidRPr="0015713E">
            <w:rPr>
              <w:bCs/>
              <w:sz w:val="15"/>
              <w:lang w:val="pl-PL"/>
            </w:rPr>
            <w:t>Załącznik nr 1</w:t>
          </w:r>
          <w:r w:rsidR="00EE5FE9">
            <w:rPr>
              <w:bCs/>
              <w:sz w:val="15"/>
              <w:lang w:val="pl-PL"/>
            </w:rPr>
            <w:t>5</w:t>
          </w:r>
          <w:r w:rsidRPr="0015713E">
            <w:rPr>
              <w:bCs/>
              <w:sz w:val="15"/>
              <w:lang w:val="pl-PL"/>
            </w:rPr>
            <w:t xml:space="preserve"> do Wniosku o pożyczkę</w:t>
          </w:r>
          <w:r w:rsidRPr="0015713E">
            <w:rPr>
              <w:bCs/>
              <w:sz w:val="15"/>
              <w:lang w:val="pl-PL"/>
            </w:rPr>
            <w:br/>
          </w:r>
          <w:r w:rsidRPr="0015713E">
            <w:rPr>
              <w:bCs/>
              <w:sz w:val="14"/>
              <w:lang w:val="pl-PL"/>
            </w:rPr>
            <w:t>po zawarciu Umowy Pożyczki: Załącznik nr 3 do Umowy Pożyczki</w:t>
          </w:r>
        </w:p>
      </w:tc>
      <w:tc>
        <w:tcPr>
          <w:tcW w:w="1944" w:type="dxa"/>
          <w:tcBorders>
            <w:bottom w:val="single" w:sz="6" w:space="0" w:color="777777"/>
          </w:tcBorders>
          <w:tcMar>
            <w:top w:w="0" w:type="dxa"/>
            <w:left w:w="20" w:type="dxa"/>
            <w:bottom w:w="0" w:type="dxa"/>
            <w:right w:w="20" w:type="dxa"/>
          </w:tcMar>
        </w:tcPr>
        <w:p w14:paraId="6574ABB1" w14:textId="0ED02A17" w:rsidR="00306873" w:rsidRDefault="00000000">
          <w:pPr>
            <w:jc w:val="right"/>
          </w:pPr>
          <w:r>
            <w:t xml:space="preserve">  </w:t>
          </w:r>
          <w:r>
            <w:rPr>
              <w:noProof/>
            </w:rPr>
            <w:drawing>
              <wp:inline distT="0" distB="0" distL="0" distR="0" wp14:anchorId="73BAA6B2" wp14:editId="5A99DF4B">
                <wp:extent cx="471368" cy="384048"/>
                <wp:effectExtent l="0" t="0" r="0" b="0"/>
                <wp:docPr id="102758199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1368" cy="3840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3188392">
    <w:abstractNumId w:val="8"/>
  </w:num>
  <w:num w:numId="2" w16cid:durableId="1743484284">
    <w:abstractNumId w:val="6"/>
  </w:num>
  <w:num w:numId="3" w16cid:durableId="1235310608">
    <w:abstractNumId w:val="5"/>
  </w:num>
  <w:num w:numId="4" w16cid:durableId="1833376566">
    <w:abstractNumId w:val="4"/>
  </w:num>
  <w:num w:numId="5" w16cid:durableId="104689429">
    <w:abstractNumId w:val="7"/>
  </w:num>
  <w:num w:numId="6" w16cid:durableId="28843203">
    <w:abstractNumId w:val="3"/>
  </w:num>
  <w:num w:numId="7" w16cid:durableId="1671331284">
    <w:abstractNumId w:val="2"/>
  </w:num>
  <w:num w:numId="8" w16cid:durableId="265769382">
    <w:abstractNumId w:val="1"/>
  </w:num>
  <w:num w:numId="9" w16cid:durableId="1847555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292B"/>
    <w:rsid w:val="0006063C"/>
    <w:rsid w:val="0015074B"/>
    <w:rsid w:val="0015713E"/>
    <w:rsid w:val="001646FD"/>
    <w:rsid w:val="00243948"/>
    <w:rsid w:val="0029639D"/>
    <w:rsid w:val="002A47B9"/>
    <w:rsid w:val="00306873"/>
    <w:rsid w:val="0032620C"/>
    <w:rsid w:val="00326F90"/>
    <w:rsid w:val="00332032"/>
    <w:rsid w:val="003630EA"/>
    <w:rsid w:val="003B4F64"/>
    <w:rsid w:val="00405412"/>
    <w:rsid w:val="005025A2"/>
    <w:rsid w:val="00524BB1"/>
    <w:rsid w:val="00535552"/>
    <w:rsid w:val="00542208"/>
    <w:rsid w:val="00572539"/>
    <w:rsid w:val="005C1252"/>
    <w:rsid w:val="005C3395"/>
    <w:rsid w:val="005F3B11"/>
    <w:rsid w:val="006869FD"/>
    <w:rsid w:val="00746346"/>
    <w:rsid w:val="007B545D"/>
    <w:rsid w:val="00892DC0"/>
    <w:rsid w:val="009478C0"/>
    <w:rsid w:val="00A11CD5"/>
    <w:rsid w:val="00A516C8"/>
    <w:rsid w:val="00A95BB5"/>
    <w:rsid w:val="00AA1D8D"/>
    <w:rsid w:val="00B020C3"/>
    <w:rsid w:val="00B47730"/>
    <w:rsid w:val="00BB184D"/>
    <w:rsid w:val="00C430AD"/>
    <w:rsid w:val="00C63605"/>
    <w:rsid w:val="00CA6654"/>
    <w:rsid w:val="00CB0664"/>
    <w:rsid w:val="00D17089"/>
    <w:rsid w:val="00D37D14"/>
    <w:rsid w:val="00D6349C"/>
    <w:rsid w:val="00D70A96"/>
    <w:rsid w:val="00DE0713"/>
    <w:rsid w:val="00EB11B4"/>
    <w:rsid w:val="00EE5FE9"/>
    <w:rsid w:val="00FB53D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D0285B"/>
  <w14:defaultImageDpi w14:val="330"/>
  <w15:docId w15:val="{E367E06D-9EBC-4872-9780-645885F43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40" w:lineRule="auto"/>
    </w:pPr>
    <w:rPr>
      <w:rFonts w:ascii="Verdana" w:eastAsia="Verdana" w:hAnsi="Verdana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8</Pages>
  <Words>1290</Words>
  <Characters>7745</Characters>
  <Application>Microsoft Office Word</Application>
  <DocSecurity>0</DocSecurity>
  <Lines>64</Lines>
  <Paragraphs>18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Harmonogram rzeczowo-finansowy – Pożyczka na wspieranie OZE</vt:lpstr>
      <vt:lpstr/>
    </vt:vector>
  </TitlesOfParts>
  <Manager/>
  <Company/>
  <LinksUpToDate>false</LinksUpToDate>
  <CharactersWithSpaces>9017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rzeczowo-finansowy – Pożyczka na wspieranie OZE</dc:title>
  <dc:subject>Proponowany wzór harmonogramu rzeczowo-finansowego dla BARR S.A.</dc:subject>
  <dc:creator>OpenAI</dc:creator>
  <cp:keywords/>
  <dc:description>generated by python-docx</dc:description>
  <cp:lastModifiedBy>Mateusz Bury</cp:lastModifiedBy>
  <cp:revision>29</cp:revision>
  <dcterms:created xsi:type="dcterms:W3CDTF">2013-12-23T23:15:00Z</dcterms:created>
  <dcterms:modified xsi:type="dcterms:W3CDTF">2026-10-21T15:53:00Z</dcterms:modified>
  <cp:category/>
</cp:coreProperties>
</file>